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C34354" w:rsidRPr="004D5D78" w14:paraId="2ED2EBFC" w14:textId="77777777" w:rsidTr="001F2D4E">
        <w:tc>
          <w:tcPr>
            <w:tcW w:w="3256" w:type="dxa"/>
          </w:tcPr>
          <w:p w14:paraId="2C1C289F" w14:textId="77777777" w:rsidR="00C34354" w:rsidRPr="00C34354" w:rsidRDefault="00C34354" w:rsidP="00C34354">
            <w:pPr>
              <w:tabs>
                <w:tab w:val="center" w:pos="1788"/>
                <w:tab w:val="center" w:pos="6735"/>
              </w:tabs>
              <w:jc w:val="center"/>
              <w:rPr>
                <w:rFonts w:cs="Times New Roman"/>
                <w:b/>
                <w:sz w:val="26"/>
              </w:rPr>
            </w:pPr>
            <w:r w:rsidRPr="00C34354">
              <w:rPr>
                <w:rFonts w:cs="Times New Roman"/>
                <w:b/>
                <w:sz w:val="26"/>
              </w:rPr>
              <w:t>ỦY BAN NHÂN DÂN</w:t>
            </w:r>
          </w:p>
          <w:p w14:paraId="4F4F1455" w14:textId="77777777" w:rsidR="00C34354" w:rsidRPr="00C34354" w:rsidRDefault="00C34354" w:rsidP="00C34354">
            <w:pPr>
              <w:tabs>
                <w:tab w:val="center" w:pos="1788"/>
                <w:tab w:val="center" w:pos="6735"/>
              </w:tabs>
              <w:jc w:val="center"/>
              <w:rPr>
                <w:rFonts w:cs="Times New Roman"/>
                <w:b/>
                <w:sz w:val="26"/>
              </w:rPr>
            </w:pPr>
            <w:r w:rsidRPr="00C34354">
              <w:rPr>
                <w:rFonts w:cs="Times New Roman"/>
                <w:b/>
                <w:sz w:val="26"/>
              </w:rPr>
              <w:t>XÃ THAN UYÊN</w:t>
            </w:r>
          </w:p>
          <w:p w14:paraId="27CBE00A" w14:textId="77777777" w:rsidR="00C34354" w:rsidRPr="00C34354" w:rsidRDefault="00C34354" w:rsidP="00C34354">
            <w:pPr>
              <w:tabs>
                <w:tab w:val="center" w:pos="1788"/>
                <w:tab w:val="center" w:pos="6735"/>
              </w:tabs>
              <w:jc w:val="center"/>
              <w:rPr>
                <w:rFonts w:cs="Times New Roman"/>
                <w:sz w:val="26"/>
              </w:rPr>
            </w:pPr>
            <w:r w:rsidRPr="00C34354">
              <w:rPr>
                <w:rFonts w:cs="Times New Roman"/>
                <w:noProof/>
                <w:sz w:val="26"/>
              </w:rPr>
              <mc:AlternateContent>
                <mc:Choice Requires="wps">
                  <w:drawing>
                    <wp:anchor distT="0" distB="0" distL="114300" distR="114300" simplePos="0" relativeHeight="251657216" behindDoc="0" locked="0" layoutInCell="1" allowOverlap="1" wp14:anchorId="6CB3F8F0" wp14:editId="4F621097">
                      <wp:simplePos x="0" y="0"/>
                      <wp:positionH relativeFrom="column">
                        <wp:posOffset>584835</wp:posOffset>
                      </wp:positionH>
                      <wp:positionV relativeFrom="paragraph">
                        <wp:posOffset>6351</wp:posOffset>
                      </wp:positionV>
                      <wp:extent cx="762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76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3BAB72"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05pt,.5pt" to="106.0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" strokecolor="black [3040]"/>
                  </w:pict>
                </mc:Fallback>
              </mc:AlternateContent>
            </w:r>
          </w:p>
          <w:p w14:paraId="535EAD55" w14:textId="76A78555" w:rsidR="00C34354" w:rsidRPr="00C34354" w:rsidRDefault="00C34354" w:rsidP="00C34354">
            <w:pPr>
              <w:tabs>
                <w:tab w:val="center" w:pos="1788"/>
                <w:tab w:val="center" w:pos="6735"/>
              </w:tabs>
              <w:jc w:val="center"/>
              <w:rPr>
                <w:rFonts w:cs="Times New Roman"/>
                <w:sz w:val="26"/>
              </w:rPr>
            </w:pPr>
            <w:r w:rsidRPr="00C34354">
              <w:rPr>
                <w:rFonts w:cs="Times New Roman"/>
              </w:rPr>
              <w:t xml:space="preserve">Số: </w:t>
            </w:r>
            <w:r w:rsidR="00D01A24">
              <w:rPr>
                <w:rFonts w:cs="Times New Roman"/>
              </w:rPr>
              <w:t>263</w:t>
            </w:r>
            <w:r w:rsidRPr="00C34354">
              <w:rPr>
                <w:rFonts w:cs="Times New Roman"/>
              </w:rPr>
              <w:t>/KH-UBND</w:t>
            </w:r>
          </w:p>
          <w:p w14:paraId="722C7D94" w14:textId="77777777" w:rsidR="00C34354" w:rsidRPr="00C34354" w:rsidRDefault="00C34354" w:rsidP="00C34354">
            <w:pPr>
              <w:tabs>
                <w:tab w:val="center" w:pos="1788"/>
                <w:tab w:val="center" w:pos="6735"/>
              </w:tabs>
              <w:jc w:val="center"/>
              <w:rPr>
                <w:rFonts w:cs="Times New Roman"/>
              </w:rPr>
            </w:pPr>
          </w:p>
        </w:tc>
        <w:tc>
          <w:tcPr>
            <w:tcW w:w="5805" w:type="dxa"/>
          </w:tcPr>
          <w:p w14:paraId="2FDA7F97" w14:textId="77777777" w:rsidR="00C34354" w:rsidRPr="00C34354" w:rsidRDefault="00C34354" w:rsidP="00C34354">
            <w:pPr>
              <w:tabs>
                <w:tab w:val="center" w:pos="1786"/>
                <w:tab w:val="right" w:pos="9445"/>
              </w:tabs>
              <w:jc w:val="center"/>
              <w:rPr>
                <w:rFonts w:cs="Times New Roman"/>
              </w:rPr>
            </w:pPr>
            <w:r w:rsidRPr="00C34354">
              <w:rPr>
                <w:rFonts w:cs="Times New Roman"/>
                <w:b/>
                <w:sz w:val="26"/>
              </w:rPr>
              <w:t>CỘNG HÒA XÃ HỘI CHỦ NGHĨA VIỆT NAM</w:t>
            </w:r>
          </w:p>
          <w:p w14:paraId="6C5DA230" w14:textId="77777777" w:rsidR="00C34354" w:rsidRPr="00C34354" w:rsidRDefault="00C34354" w:rsidP="00C34354">
            <w:pPr>
              <w:pStyle w:val="u1"/>
              <w:tabs>
                <w:tab w:val="center" w:pos="1789"/>
                <w:tab w:val="center" w:pos="6737"/>
              </w:tabs>
              <w:spacing w:before="0"/>
              <w:jc w:val="center"/>
              <w:rPr>
                <w:rFonts w:ascii="Times New Roman" w:hAnsi="Times New Roman" w:cs="Times New Roman"/>
                <w:color w:val="auto"/>
              </w:rPr>
            </w:pPr>
            <w:r w:rsidRPr="00C34354">
              <w:rPr>
                <w:rFonts w:ascii="Times New Roman" w:hAnsi="Times New Roman" w:cs="Times New Roman"/>
                <w:color w:val="auto"/>
                <w:sz w:val="22"/>
              </w:rPr>
              <w:tab/>
            </w:r>
            <w:r w:rsidRPr="00C34354">
              <w:rPr>
                <w:rFonts w:ascii="Times New Roman" w:hAnsi="Times New Roman" w:cs="Times New Roman"/>
                <w:color w:val="auto"/>
              </w:rPr>
              <w:t>Độc lập - Tự do - Hạnh phúc</w:t>
            </w:r>
          </w:p>
          <w:p w14:paraId="5F23FF93" w14:textId="77777777" w:rsidR="00C34354" w:rsidRPr="00C34354" w:rsidRDefault="00C34354" w:rsidP="00C34354">
            <w:pPr>
              <w:tabs>
                <w:tab w:val="center" w:pos="1800"/>
                <w:tab w:val="center" w:pos="6699"/>
              </w:tabs>
              <w:jc w:val="center"/>
              <w:rPr>
                <w:rFonts w:cs="Times New Roman"/>
              </w:rPr>
            </w:pPr>
            <w:r w:rsidRPr="00C34354">
              <w:rPr>
                <w:rFonts w:cs="Times New Roman"/>
                <w:noProof/>
              </w:rPr>
              <mc:AlternateContent>
                <mc:Choice Requires="wps">
                  <w:drawing>
                    <wp:anchor distT="0" distB="0" distL="114300" distR="114300" simplePos="0" relativeHeight="251659264" behindDoc="0" locked="0" layoutInCell="1" allowOverlap="1" wp14:anchorId="00233F03" wp14:editId="6334F482">
                      <wp:simplePos x="0" y="0"/>
                      <wp:positionH relativeFrom="column">
                        <wp:posOffset>736600</wp:posOffset>
                      </wp:positionH>
                      <wp:positionV relativeFrom="paragraph">
                        <wp:posOffset>29845</wp:posOffset>
                      </wp:positionV>
                      <wp:extent cx="21336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85DCE6"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pt,2.35pt" to="22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" strokecolor="black [3040]"/>
                  </w:pict>
                </mc:Fallback>
              </mc:AlternateContent>
            </w:r>
          </w:p>
          <w:p w14:paraId="0310993A" w14:textId="25422C2C" w:rsidR="00C34354" w:rsidRPr="00C34354" w:rsidRDefault="00C34354" w:rsidP="00C34354">
            <w:pPr>
              <w:tabs>
                <w:tab w:val="center" w:pos="1788"/>
                <w:tab w:val="center" w:pos="6735"/>
              </w:tabs>
              <w:jc w:val="center"/>
              <w:rPr>
                <w:rFonts w:cs="Times New Roman"/>
              </w:rPr>
            </w:pPr>
            <w:r w:rsidRPr="00C34354">
              <w:rPr>
                <w:rFonts w:cs="Times New Roman"/>
              </w:rPr>
              <w:tab/>
            </w:r>
            <w:r w:rsidRPr="00C34354">
              <w:rPr>
                <w:rFonts w:cs="Times New Roman"/>
                <w:i/>
              </w:rPr>
              <w:t xml:space="preserve">Than Uyên, ngày </w:t>
            </w:r>
            <w:r w:rsidR="00D01A24">
              <w:rPr>
                <w:rFonts w:cs="Times New Roman"/>
                <w:i/>
              </w:rPr>
              <w:t>18</w:t>
            </w:r>
            <w:r w:rsidRPr="00C34354">
              <w:rPr>
                <w:rFonts w:cs="Times New Roman"/>
                <w:i/>
              </w:rPr>
              <w:t xml:space="preserve"> tháng </w:t>
            </w:r>
            <w:r>
              <w:rPr>
                <w:rFonts w:cs="Times New Roman"/>
                <w:i/>
              </w:rPr>
              <w:t xml:space="preserve">8 </w:t>
            </w:r>
            <w:r w:rsidRPr="00C34354">
              <w:rPr>
                <w:rFonts w:cs="Times New Roman"/>
                <w:i/>
              </w:rPr>
              <w:t xml:space="preserve"> năm 2026</w:t>
            </w:r>
          </w:p>
        </w:tc>
      </w:tr>
    </w:tbl>
    <w:p w14:paraId="7A0AAE94" w14:textId="21EC1F51" w:rsidR="00362D2D" w:rsidRDefault="002471AF">
      <w:pPr>
        <w:keepNext/>
        <w:keepLines/>
        <w:spacing w:before="200" w:after="40"/>
        <w:jc w:val="center"/>
      </w:pPr>
      <w:r>
        <w:rPr>
          <w:rFonts w:cs="Times New Roman"/>
          <w:b/>
        </w:rPr>
        <w:t>KẾ HOẠCH</w:t>
      </w:r>
    </w:p>
    <w:p w14:paraId="06D85F7A" w14:textId="2511BEAA" w:rsidR="00362D2D" w:rsidRPr="0021207F" w:rsidRDefault="00CD7F3F">
      <w:pPr>
        <w:keepNext/>
        <w:keepLines/>
        <w:spacing w:after="160"/>
        <w:jc w:val="center"/>
        <w:rPr>
          <w:spacing w:val="-8"/>
        </w:rPr>
      </w:pPr>
      <w:r>
        <w:rPr>
          <w:rFonts w:cs="Times New Roman"/>
          <w:b/>
          <w:noProof/>
          <w:spacing w:val="-8"/>
        </w:rPr>
        <mc:AlternateContent>
          <mc:Choice Requires="wps">
            <w:drawing>
              <wp:anchor distT="0" distB="0" distL="114300" distR="114300" simplePos="0" relativeHeight="251660288" behindDoc="0" locked="0" layoutInCell="1" allowOverlap="1" wp14:anchorId="34CC4658" wp14:editId="6D96532B">
                <wp:simplePos x="0" y="0"/>
                <wp:positionH relativeFrom="column">
                  <wp:posOffset>2018665</wp:posOffset>
                </wp:positionH>
                <wp:positionV relativeFrom="paragraph">
                  <wp:posOffset>257175</wp:posOffset>
                </wp:positionV>
                <wp:extent cx="17526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4FAB24"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8.95pt,20.25pt" to="296.9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" strokecolor="black [3040]"/>
            </w:pict>
          </mc:Fallback>
        </mc:AlternateContent>
      </w:r>
      <w:r w:rsidR="002471AF" w:rsidRPr="0021207F">
        <w:rPr>
          <w:rFonts w:cs="Times New Roman"/>
          <w:b/>
          <w:spacing w:val="-8"/>
        </w:rPr>
        <w:t xml:space="preserve">Tổ chức </w:t>
      </w:r>
      <w:r w:rsidR="00D529DC" w:rsidRPr="0021207F">
        <w:rPr>
          <w:rFonts w:cs="Times New Roman"/>
          <w:b/>
          <w:spacing w:val="-8"/>
        </w:rPr>
        <w:t>Cuộc thi “Truyền thông Tết Độc lập và Du lịch Than Uyên” năm 2026</w:t>
      </w:r>
    </w:p>
    <w:p w14:paraId="65EDE47E" w14:textId="77777777" w:rsidR="00CD7F3F" w:rsidRDefault="00CD7F3F" w:rsidP="000D5814">
      <w:pPr>
        <w:keepLines/>
        <w:spacing w:before="120" w:after="120"/>
        <w:ind w:firstLine="720"/>
        <w:jc w:val="both"/>
        <w:rPr>
          <w:rFonts w:cs="Times New Roman"/>
        </w:rPr>
      </w:pPr>
    </w:p>
    <w:p w14:paraId="35D37A9A" w14:textId="3E15D089" w:rsidR="00362D2D" w:rsidRDefault="002471AF" w:rsidP="000D5814">
      <w:pPr>
        <w:keepLines/>
        <w:spacing w:before="120" w:after="120"/>
        <w:ind w:firstLine="720"/>
        <w:jc w:val="both"/>
      </w:pPr>
      <w:r>
        <w:rPr>
          <w:rFonts w:cs="Times New Roman"/>
        </w:rPr>
        <w:t xml:space="preserve">Thực hiện Nghị quyết số 07-NQ/ĐU ngày 31/3/2026 của Ban Chấp hành Đảng bộ xã Than Uyên về phát triển du lịch giai đoạn 2026-2030, định hướng đến năm 2035; nhằm đẩy mạnh tuyên truyền, quảng bá Tết Độc lập 2/9, hình ảnh quê hương, văn hóa, con người và du lịch Than Uyên trên môi trường số, UBND xã Than Uyên ban hành Kế hoạch tổ chức </w:t>
      </w:r>
      <w:r w:rsidR="00D529DC">
        <w:rPr>
          <w:rFonts w:cs="Times New Roman"/>
        </w:rPr>
        <w:t>Cuộc thi “Truyền thông Tết Độc lập và Du lịch Than Uyên” năm 2026</w:t>
      </w:r>
      <w:r>
        <w:rPr>
          <w:rFonts w:cs="Times New Roman"/>
        </w:rPr>
        <w:t xml:space="preserve"> như sau:</w:t>
      </w:r>
    </w:p>
    <w:p w14:paraId="0D133107" w14:textId="77777777" w:rsidR="00362D2D" w:rsidRDefault="002471AF" w:rsidP="000D5814">
      <w:pPr>
        <w:keepNext/>
        <w:keepLines/>
        <w:spacing w:before="120" w:after="120"/>
        <w:ind w:firstLine="720"/>
        <w:jc w:val="both"/>
      </w:pPr>
      <w:r>
        <w:rPr>
          <w:rFonts w:cs="Times New Roman"/>
          <w:b/>
        </w:rPr>
        <w:t>I. MỤC ĐÍCH, YÊU CẦU</w:t>
      </w:r>
    </w:p>
    <w:p w14:paraId="344C8D2B" w14:textId="77777777" w:rsidR="00362D2D" w:rsidRDefault="002471AF" w:rsidP="000D5814">
      <w:pPr>
        <w:keepNext/>
        <w:keepLines/>
        <w:spacing w:before="120" w:after="120"/>
        <w:ind w:firstLine="720"/>
        <w:jc w:val="both"/>
      </w:pPr>
      <w:r>
        <w:rPr>
          <w:rFonts w:cs="Times New Roman"/>
          <w:b/>
        </w:rPr>
        <w:t>1. Mục đích</w:t>
      </w:r>
    </w:p>
    <w:p w14:paraId="77D08A3A" w14:textId="77777777" w:rsidR="00362D2D" w:rsidRPr="00537D63" w:rsidRDefault="002471AF" w:rsidP="000D5814">
      <w:pPr>
        <w:keepLines/>
        <w:spacing w:before="120" w:after="120"/>
        <w:ind w:firstLine="720"/>
        <w:jc w:val="both"/>
        <w:rPr>
          <w:spacing w:val="6"/>
        </w:rPr>
      </w:pPr>
      <w:r w:rsidRPr="00537D63">
        <w:rPr>
          <w:rFonts w:cs="Times New Roman"/>
          <w:spacing w:val="6"/>
        </w:rPr>
        <w:t>- Đẩy mạnh tuyên truyền, quảng bá Tết Độc lập 2/9, các hoạt động văn hóa, thể thao, du lịch; giới thiệu hình ảnh quê hương, con người, bản sắc văn hóa, ẩm thực và sản phẩm đặc trưng của xã Than Uyên đến Nhân dân và du khách.</w:t>
      </w:r>
    </w:p>
    <w:p w14:paraId="1653CA95" w14:textId="6D76F021" w:rsidR="00362D2D" w:rsidRDefault="002471AF" w:rsidP="000D5814">
      <w:pPr>
        <w:keepLines/>
        <w:spacing w:before="120" w:after="120"/>
        <w:ind w:firstLine="720"/>
        <w:jc w:val="both"/>
        <w:rPr>
          <w:rFonts w:cs="Times New Roman"/>
        </w:rPr>
      </w:pPr>
      <w:r>
        <w:rPr>
          <w:rFonts w:cs="Times New Roman"/>
        </w:rPr>
        <w:t xml:space="preserve">- Quảng bá, khai thác hiệu quả Trang Du lịch Than Uyên; từng bước xây dựng Trang thành kênh thông tin số chuyên sâu, kho dữ liệu truyền thông về điểm đến, hình ảnh, video, văn hóa, ẩm thực, sản phẩm OCOP, quà tặng và các sản phẩm tiêu biểu của địa phương; địa chỉ </w:t>
      </w:r>
      <w:hyperlink r:id="rId8" w:history="1">
        <w:r w:rsidR="00C34354" w:rsidRPr="0057433A">
          <w:rPr>
            <w:rStyle w:val="Siuktni"/>
            <w:rFonts w:cs="Times New Roman"/>
          </w:rPr>
          <w:t>https://dulich.thanuyen.vn</w:t>
        </w:r>
      </w:hyperlink>
      <w:r>
        <w:rPr>
          <w:rFonts w:cs="Times New Roman"/>
        </w:rPr>
        <w:t>.</w:t>
      </w:r>
    </w:p>
    <w:p w14:paraId="278F852E" w14:textId="77777777" w:rsidR="00362D2D" w:rsidRDefault="002471AF" w:rsidP="000D5814">
      <w:pPr>
        <w:keepLines/>
        <w:spacing w:before="120" w:after="120"/>
        <w:ind w:firstLine="720"/>
        <w:jc w:val="both"/>
      </w:pPr>
      <w:r>
        <w:rPr>
          <w:rFonts w:cs="Times New Roman"/>
        </w:rPr>
        <w:t>- Phát huy, lan tỏa các tác phẩm, sản phẩm, hình ảnh, video có chất lượng từ các cuộc thi, sự kiện văn hóa - du lịch của xã; phục vụ lâu dài cho công tác tuyên truyền, quảng bá và xúc tiến du lịch.</w:t>
      </w:r>
    </w:p>
    <w:p w14:paraId="47F50163" w14:textId="77777777" w:rsidR="00362D2D" w:rsidRDefault="002471AF" w:rsidP="000D5814">
      <w:pPr>
        <w:keepLines/>
        <w:spacing w:before="120" w:after="120"/>
        <w:ind w:firstLine="720"/>
        <w:jc w:val="both"/>
      </w:pPr>
      <w:r>
        <w:rPr>
          <w:rFonts w:cs="Times New Roman"/>
        </w:rPr>
        <w:t>- Huy động các cơ quan, đơn vị, trường học, bản, tổ dân phố, đoàn viên, hội viên và Nhân dân tham gia truyền thông trên môi trường số; ứng dụng công nghệ để đo lường hiệu quả thông qua dữ liệu truy cập và mức độ lan tỏa video quảng bá Tết Độc lập 2/9 Than Uyên trên Facebook, YouTube.</w:t>
      </w:r>
    </w:p>
    <w:p w14:paraId="1D431E57" w14:textId="77777777" w:rsidR="00362D2D" w:rsidRDefault="002471AF" w:rsidP="000D5814">
      <w:pPr>
        <w:keepNext/>
        <w:keepLines/>
        <w:spacing w:before="120" w:after="120"/>
        <w:ind w:firstLine="720"/>
        <w:jc w:val="both"/>
      </w:pPr>
      <w:r>
        <w:rPr>
          <w:rFonts w:cs="Times New Roman"/>
          <w:b/>
        </w:rPr>
        <w:t>2. Yêu cầu</w:t>
      </w:r>
    </w:p>
    <w:p w14:paraId="32EFAE3F" w14:textId="77777777" w:rsidR="00362D2D" w:rsidRDefault="002471AF" w:rsidP="000D5814">
      <w:pPr>
        <w:keepLines/>
        <w:spacing w:before="120" w:after="120"/>
        <w:ind w:firstLine="720"/>
        <w:jc w:val="both"/>
      </w:pPr>
      <w:r>
        <w:rPr>
          <w:rFonts w:cs="Times New Roman"/>
        </w:rPr>
        <w:t>- Tổ chức Cuộc thi thiết thực, hiệu quả, công khai, minh bạch, dễ tham gia, dễ theo dõi; tạo hiệu ứng truyền thông rộng rãi trước và trong dịp Tết Độc lập năm 2026.</w:t>
      </w:r>
    </w:p>
    <w:p w14:paraId="2FFC7B08" w14:textId="77777777" w:rsidR="00362D2D" w:rsidRDefault="002471AF" w:rsidP="000D5814">
      <w:pPr>
        <w:keepLines/>
        <w:spacing w:before="120" w:after="120"/>
        <w:ind w:firstLine="720"/>
        <w:jc w:val="both"/>
      </w:pPr>
      <w:r>
        <w:rPr>
          <w:rFonts w:cs="Times New Roman"/>
        </w:rPr>
        <w:lastRenderedPageBreak/>
        <w:t>- Nội dung tuyên truyền, video, liên kết và tài liệu do UBND xã/Tổ Thư ký cung cấp được sử dụng thống nhất, đúng mục đích và hướng dẫn.</w:t>
      </w:r>
    </w:p>
    <w:p w14:paraId="0408BB13" w14:textId="77777777" w:rsidR="00362D2D" w:rsidRDefault="002471AF" w:rsidP="000D5814">
      <w:pPr>
        <w:keepLines/>
        <w:spacing w:before="120" w:after="120"/>
        <w:ind w:firstLine="720"/>
        <w:jc w:val="both"/>
      </w:pPr>
      <w:r>
        <w:rPr>
          <w:rFonts w:cs="Times New Roman"/>
        </w:rPr>
        <w:t>- Kết quả được xác định trên cơ sở dữ liệu thực tế của hệ thống và nền tảng tham gia; có kiểm tra, đối soát và loại trừ dữ liệu bất thường, tự động hoặc gian lận.</w:t>
      </w:r>
    </w:p>
    <w:p w14:paraId="5DFD8139" w14:textId="77777777" w:rsidR="00362D2D" w:rsidRDefault="002471AF" w:rsidP="000D5814">
      <w:pPr>
        <w:keepLines/>
        <w:spacing w:before="120" w:after="120"/>
        <w:ind w:firstLine="720"/>
        <w:jc w:val="both"/>
      </w:pPr>
      <w:r>
        <w:rPr>
          <w:rFonts w:cs="Times New Roman"/>
        </w:rPr>
        <w:t>- Bảo đảm 19/19 bản, tổ dân phố, 100% trường học và 100% cơ quan, đơn vị trực thuộc xã đăng ký, tham gia Hạng mục 1; mỗi đơn vị đạt tối thiểu 300 khách truy cập duy nhất hợp lệ để được xét xếp hạng, trao giải. Cá nhân, chủ các kênh truyền thông đăng ký tham gia tự nguyện.</w:t>
      </w:r>
    </w:p>
    <w:p w14:paraId="61533FD2" w14:textId="77777777" w:rsidR="00362D2D" w:rsidRDefault="002471AF" w:rsidP="000D5814">
      <w:pPr>
        <w:keepNext/>
        <w:keepLines/>
        <w:spacing w:before="120" w:after="120"/>
        <w:ind w:firstLine="720"/>
        <w:jc w:val="both"/>
      </w:pPr>
      <w:r>
        <w:rPr>
          <w:rFonts w:cs="Times New Roman"/>
          <w:b/>
        </w:rPr>
        <w:t>II. MỤC TIÊU</w:t>
      </w:r>
    </w:p>
    <w:p w14:paraId="51C44C81" w14:textId="77777777" w:rsidR="00362D2D" w:rsidRDefault="002471AF" w:rsidP="000D5814">
      <w:pPr>
        <w:keepLines/>
        <w:spacing w:before="120" w:after="120"/>
        <w:ind w:firstLine="720"/>
        <w:jc w:val="both"/>
      </w:pPr>
      <w:r>
        <w:rPr>
          <w:rFonts w:cs="Times New Roman"/>
        </w:rPr>
        <w:t>- Bảo đảm 19/19 bản, tổ dân phố, 100% trường học và 100% cơ quan, đơn vị trực thuộc xã tham gia Cuộc thi; khuyến khích cá nhân, chủ các kênh truyền thông tham gia tự nguyện.</w:t>
      </w:r>
    </w:p>
    <w:p w14:paraId="72B7DC4F" w14:textId="77777777" w:rsidR="00362D2D" w:rsidRDefault="002471AF" w:rsidP="000D5814">
      <w:pPr>
        <w:keepLines/>
        <w:spacing w:before="120" w:after="120"/>
        <w:ind w:firstLine="720"/>
        <w:jc w:val="both"/>
      </w:pPr>
      <w:r>
        <w:rPr>
          <w:rFonts w:cs="Times New Roman"/>
        </w:rPr>
        <w:t>- Mỗi đơn vị thuộc nhóm bắt buộc tham gia Hạng mục 1 đạt tối thiểu 300 khách truy cập duy nhất hợp lệ qua liên kết được cấp.</w:t>
      </w:r>
    </w:p>
    <w:p w14:paraId="128BAEAD" w14:textId="77777777" w:rsidR="00362D2D" w:rsidRDefault="002471AF" w:rsidP="000D5814">
      <w:pPr>
        <w:keepLines/>
        <w:spacing w:before="120" w:after="120"/>
        <w:ind w:firstLine="720"/>
        <w:jc w:val="both"/>
      </w:pPr>
      <w:r>
        <w:rPr>
          <w:rFonts w:cs="Times New Roman"/>
        </w:rPr>
        <w:t>- Tăng số người tiếp cận, lượt truy cập và thời gian tìm hiểu các nội dung về Tết Độc lập, điểm đến, văn hóa, ẩm thực, hình ảnh, video và sản phẩm du lịch Than Uyên.</w:t>
      </w:r>
    </w:p>
    <w:p w14:paraId="13B8CC96" w14:textId="77777777" w:rsidR="00362D2D" w:rsidRDefault="002471AF" w:rsidP="000D5814">
      <w:pPr>
        <w:keepLines/>
        <w:spacing w:before="120" w:after="120"/>
        <w:ind w:firstLine="720"/>
        <w:jc w:val="both"/>
      </w:pPr>
      <w:r>
        <w:rPr>
          <w:rFonts w:cs="Times New Roman"/>
        </w:rPr>
        <w:t>- Video quảng bá Tết Độc lập 2/9 Than Uyên được đăng tải, chia sẻ rộng rãi trên Fanpage Facebook, kênh YouTube, tạo hiệu ứng truyền thông đồng loạt và thu hút sự quan tâm của người dân, du khách.</w:t>
      </w:r>
    </w:p>
    <w:p w14:paraId="338D50A3" w14:textId="77777777" w:rsidR="00362D2D" w:rsidRDefault="002471AF" w:rsidP="000D5814">
      <w:pPr>
        <w:keepNext/>
        <w:keepLines/>
        <w:spacing w:before="120" w:after="120"/>
        <w:ind w:firstLine="720"/>
        <w:jc w:val="both"/>
      </w:pPr>
      <w:r>
        <w:rPr>
          <w:rFonts w:cs="Times New Roman"/>
          <w:b/>
        </w:rPr>
        <w:t>III. NỘI DUNG THỰC HIỆN</w:t>
      </w:r>
    </w:p>
    <w:p w14:paraId="4F5B5541" w14:textId="77777777" w:rsidR="00362D2D" w:rsidRDefault="002471AF" w:rsidP="000D5814">
      <w:pPr>
        <w:keepNext/>
        <w:keepLines/>
        <w:spacing w:before="120" w:after="120"/>
        <w:ind w:firstLine="720"/>
        <w:jc w:val="both"/>
      </w:pPr>
      <w:r>
        <w:rPr>
          <w:rFonts w:cs="Times New Roman"/>
          <w:b/>
        </w:rPr>
        <w:t>1. Tên gọi, chủ đề Cuộc thi</w:t>
      </w:r>
    </w:p>
    <w:p w14:paraId="17A82230" w14:textId="77777777" w:rsidR="004463EE" w:rsidRPr="004463EE" w:rsidRDefault="004463EE" w:rsidP="000D5814">
      <w:pPr>
        <w:keepNext/>
        <w:keepLines/>
        <w:spacing w:before="120" w:after="120"/>
        <w:ind w:firstLine="720"/>
        <w:jc w:val="both"/>
        <w:rPr>
          <w:rFonts w:cs="Times New Roman"/>
          <w:spacing w:val="-10"/>
        </w:rPr>
      </w:pPr>
      <w:r w:rsidRPr="004463EE">
        <w:rPr>
          <w:rFonts w:cs="Times New Roman"/>
          <w:spacing w:val="-10"/>
        </w:rPr>
        <w:t xml:space="preserve">Tên gọi: Cuộc thi “Truyền thông Tết Độc lập và Du lịch Than Uyên” năm 2026. </w:t>
      </w:r>
    </w:p>
    <w:p w14:paraId="2C2C1B11" w14:textId="331715B2" w:rsidR="004463EE" w:rsidRDefault="004463EE" w:rsidP="000D5814">
      <w:pPr>
        <w:keepNext/>
        <w:keepLines/>
        <w:spacing w:before="120" w:after="120"/>
        <w:ind w:firstLine="720"/>
        <w:jc w:val="both"/>
        <w:rPr>
          <w:rFonts w:cs="Times New Roman"/>
          <w:spacing w:val="-8"/>
        </w:rPr>
      </w:pPr>
      <w:r w:rsidRPr="004463EE">
        <w:rPr>
          <w:rFonts w:cs="Times New Roman"/>
          <w:spacing w:val="-8"/>
        </w:rPr>
        <w:t>Chủ đề: “Lan tỏa Tết Độc lập - Quảng bá Du lịch Than Uyên”.</w:t>
      </w:r>
    </w:p>
    <w:p w14:paraId="585B5A15" w14:textId="6B68BD1E" w:rsidR="00362D2D" w:rsidRDefault="002471AF" w:rsidP="000D5814">
      <w:pPr>
        <w:keepNext/>
        <w:keepLines/>
        <w:spacing w:before="120" w:after="120"/>
        <w:ind w:firstLine="720"/>
        <w:jc w:val="both"/>
      </w:pPr>
      <w:r>
        <w:rPr>
          <w:rFonts w:cs="Times New Roman"/>
          <w:b/>
        </w:rPr>
        <w:t>2. Trang và nội dung truyền thông</w:t>
      </w:r>
    </w:p>
    <w:p w14:paraId="439BB238" w14:textId="77777777" w:rsidR="00362D2D" w:rsidRDefault="002471AF" w:rsidP="000D5814">
      <w:pPr>
        <w:keepLines/>
        <w:spacing w:before="120" w:after="120"/>
        <w:ind w:firstLine="720"/>
        <w:jc w:val="both"/>
      </w:pPr>
      <w:r>
        <w:rPr>
          <w:rFonts w:cs="Times New Roman"/>
        </w:rPr>
        <w:t>- Trang sử dụng trong Cuộc thi: https://dulich.thanuyen.vn.</w:t>
      </w:r>
    </w:p>
    <w:p w14:paraId="4710D8F9" w14:textId="77777777" w:rsidR="00362D2D" w:rsidRDefault="002471AF" w:rsidP="000D5814">
      <w:pPr>
        <w:keepLines/>
        <w:spacing w:before="120" w:after="120"/>
        <w:ind w:firstLine="720"/>
        <w:jc w:val="both"/>
      </w:pPr>
      <w:r>
        <w:rPr>
          <w:rFonts w:cs="Times New Roman"/>
        </w:rPr>
        <w:t>- Nội dung tập trung giới thiệu Tết Độc lập, các hoạt động văn hóa - du lịch; điểm đến, cảnh quan; bản sắc văn hóa; hình ảnh, video; ẩm thực; sản phẩm nông nghiệp, OCOP; sản phẩm lưu niệm, quà tặng và các sản phẩm tiêu biểu từ các cuộc thi, sự kiện của xã.</w:t>
      </w:r>
    </w:p>
    <w:p w14:paraId="6C609EFF" w14:textId="77777777" w:rsidR="00362D2D" w:rsidRDefault="002471AF" w:rsidP="000D5814">
      <w:pPr>
        <w:keepNext/>
        <w:keepLines/>
        <w:spacing w:before="120" w:after="120"/>
        <w:ind w:firstLine="720"/>
        <w:jc w:val="both"/>
      </w:pPr>
      <w:r>
        <w:rPr>
          <w:rFonts w:cs="Times New Roman"/>
          <w:b/>
        </w:rPr>
        <w:t>3. Đối tượng tham gia</w:t>
      </w:r>
    </w:p>
    <w:p w14:paraId="51C094F9" w14:textId="77777777" w:rsidR="00362D2D" w:rsidRDefault="002471AF" w:rsidP="000D5814">
      <w:pPr>
        <w:keepLines/>
        <w:spacing w:before="120" w:after="120"/>
        <w:ind w:firstLine="720"/>
        <w:jc w:val="both"/>
      </w:pPr>
      <w:r>
        <w:rPr>
          <w:rFonts w:cs="Times New Roman"/>
        </w:rPr>
        <w:t>- Đối tượng bắt buộc tham gia Hạng mục 1: 19 bản, tổ dân phố; các trường học; các cơ quan, đơn vị trực thuộc xã.</w:t>
      </w:r>
    </w:p>
    <w:p w14:paraId="641FE381" w14:textId="77777777" w:rsidR="00362D2D" w:rsidRDefault="002471AF" w:rsidP="000D5814">
      <w:pPr>
        <w:keepLines/>
        <w:spacing w:before="120" w:after="120"/>
        <w:ind w:firstLine="720"/>
        <w:jc w:val="both"/>
      </w:pPr>
      <w:r>
        <w:rPr>
          <w:rFonts w:cs="Times New Roman"/>
        </w:rPr>
        <w:lastRenderedPageBreak/>
        <w:t>- Các đơn vị thuộc nhóm bắt buộc có Fanpage Facebook hoặc kênh YouTube phù hợp được khuyến khích đăng ký thêm Hạng mục 2.</w:t>
      </w:r>
    </w:p>
    <w:p w14:paraId="3667BDE8" w14:textId="77777777" w:rsidR="00362D2D" w:rsidRDefault="002471AF" w:rsidP="000D5814">
      <w:pPr>
        <w:keepLines/>
        <w:spacing w:before="120" w:after="120"/>
        <w:ind w:firstLine="720"/>
        <w:jc w:val="both"/>
      </w:pPr>
      <w:r>
        <w:rPr>
          <w:rFonts w:cs="Times New Roman"/>
        </w:rPr>
        <w:t>- Cá nhân, chủ hoặc người quản trị Fanpage Facebook, kênh YouTube và các kênh truyền thông phù hợp đăng ký Hạng mục 2 trên tinh thần tự nguyện. Thành viên Tổ Thư ký Cuộc thi không đăng ký dự thi.</w:t>
      </w:r>
    </w:p>
    <w:p w14:paraId="44ED324A" w14:textId="77777777" w:rsidR="00362D2D" w:rsidRDefault="002471AF" w:rsidP="000D5814">
      <w:pPr>
        <w:keepNext/>
        <w:keepLines/>
        <w:spacing w:before="120" w:after="120"/>
        <w:ind w:firstLine="720"/>
        <w:jc w:val="both"/>
      </w:pPr>
      <w:r>
        <w:rPr>
          <w:rFonts w:cs="Times New Roman"/>
          <w:b/>
        </w:rPr>
        <w:t>4. Hình thức tham gia</w:t>
      </w:r>
    </w:p>
    <w:p w14:paraId="5AAF25E3" w14:textId="77777777" w:rsidR="00362D2D" w:rsidRPr="009B53D3" w:rsidRDefault="002471AF" w:rsidP="000D5814">
      <w:pPr>
        <w:keepNext/>
        <w:keepLines/>
        <w:spacing w:before="120" w:after="120"/>
        <w:ind w:firstLine="720"/>
        <w:jc w:val="both"/>
        <w:rPr>
          <w:i/>
        </w:rPr>
      </w:pPr>
      <w:r w:rsidRPr="009B53D3">
        <w:rPr>
          <w:rFonts w:cs="Times New Roman"/>
          <w:b/>
          <w:i/>
        </w:rPr>
        <w:t>4.1. Hạng mục 1 - Truyền thông Trang Du lịch Than Uyên</w:t>
      </w:r>
    </w:p>
    <w:p w14:paraId="0C4D499D" w14:textId="77777777" w:rsidR="00362D2D" w:rsidRDefault="002471AF" w:rsidP="000D5814">
      <w:pPr>
        <w:keepLines/>
        <w:spacing w:before="120" w:after="120"/>
        <w:ind w:firstLine="720"/>
        <w:jc w:val="both"/>
      </w:pPr>
      <w:r>
        <w:rPr>
          <w:rFonts w:cs="Times New Roman"/>
        </w:rPr>
        <w:t>- Mỗi tập thể đăng ký được cấp 01 mã dự thi, 01 liên kết định danh và mã QR tương ứng dẫn đến Trang Du lịch Than Uyên.</w:t>
      </w:r>
    </w:p>
    <w:p w14:paraId="0C0DBED7" w14:textId="77777777" w:rsidR="00362D2D" w:rsidRDefault="002471AF" w:rsidP="000D5814">
      <w:pPr>
        <w:keepLines/>
        <w:spacing w:before="120" w:after="120"/>
        <w:ind w:firstLine="720"/>
        <w:jc w:val="both"/>
      </w:pPr>
      <w:r>
        <w:rPr>
          <w:rFonts w:cs="Times New Roman"/>
        </w:rPr>
        <w:t>- Người tham gia sử dụng liên kết/QR để chia sẻ trên Facebook, Zalo, Messenger, website, nhóm cộng đồng và các nền tảng phù hợp; nội dung tuyên truyền chủ yếu do UBND xã/Tổ Thư ký cung cấp.</w:t>
      </w:r>
    </w:p>
    <w:p w14:paraId="065EF76E" w14:textId="77777777" w:rsidR="00362D2D" w:rsidRDefault="002471AF" w:rsidP="000D5814">
      <w:pPr>
        <w:keepLines/>
        <w:spacing w:before="120" w:after="120"/>
        <w:ind w:firstLine="720"/>
        <w:jc w:val="both"/>
      </w:pPr>
      <w:r>
        <w:rPr>
          <w:rFonts w:cs="Times New Roman"/>
        </w:rPr>
        <w:t>- Hệ thống ghi nhận theo từng mã dự thi: khách truy cập duy nhất hợp lệ, lượt truy cập hợp lệ và thời gian xem thực tế.</w:t>
      </w:r>
    </w:p>
    <w:p w14:paraId="0446E8B8" w14:textId="77777777" w:rsidR="00362D2D" w:rsidRPr="009B53D3" w:rsidRDefault="002471AF" w:rsidP="000D5814">
      <w:pPr>
        <w:keepNext/>
        <w:keepLines/>
        <w:spacing w:before="120" w:after="120"/>
        <w:ind w:firstLine="720"/>
        <w:jc w:val="both"/>
        <w:rPr>
          <w:i/>
          <w:spacing w:val="-8"/>
        </w:rPr>
      </w:pPr>
      <w:r w:rsidRPr="009B53D3">
        <w:rPr>
          <w:rFonts w:cs="Times New Roman"/>
          <w:b/>
          <w:i/>
          <w:spacing w:val="-8"/>
        </w:rPr>
        <w:t>4.2. Hạng mục 2 - Lan tỏa video quảng bá Tết Độc lập 2/9 Than Uyên</w:t>
      </w:r>
    </w:p>
    <w:p w14:paraId="2F5A7F56" w14:textId="77777777" w:rsidR="00362D2D" w:rsidRDefault="002471AF" w:rsidP="000D5814">
      <w:pPr>
        <w:keepLines/>
        <w:spacing w:before="120" w:after="120"/>
        <w:ind w:firstLine="720"/>
        <w:jc w:val="both"/>
      </w:pPr>
      <w:r>
        <w:rPr>
          <w:rFonts w:cs="Times New Roman"/>
        </w:rPr>
        <w:t>- UBND xã/Tổ Thư ký cung cấp 01 video chính thức. Đơn vị, cá nhân tham gia đăng công khai video trên 01 Fanpage Facebook hoặc 01 kênh YouTube, kèm nội dung giới thiệu và đường dẫn https://dulich.thanuyen.vn theo hướng dẫn.</w:t>
      </w:r>
    </w:p>
    <w:p w14:paraId="3DD3CB54" w14:textId="77777777" w:rsidR="00362D2D" w:rsidRDefault="002471AF" w:rsidP="000D5814">
      <w:pPr>
        <w:keepLines/>
        <w:spacing w:before="120" w:after="120"/>
        <w:ind w:firstLine="720"/>
        <w:jc w:val="both"/>
      </w:pPr>
      <w:r>
        <w:rPr>
          <w:rFonts w:cs="Times New Roman"/>
        </w:rPr>
        <w:t>- Mỗi đơn vị/cá nhân đăng ký 01 bài/video chính thức để xét giải; trường hợp đăng nhiều nơi chỉ tính bài/video đã đăng ký với Tổ Thư ký.</w:t>
      </w:r>
    </w:p>
    <w:p w14:paraId="012C1B21" w14:textId="77777777" w:rsidR="00362D2D" w:rsidRDefault="002471AF" w:rsidP="000D5814">
      <w:pPr>
        <w:keepLines/>
        <w:spacing w:before="120" w:after="120"/>
        <w:ind w:firstLine="720"/>
        <w:jc w:val="both"/>
        <w:rPr>
          <w:rFonts w:cs="Times New Roman"/>
        </w:rPr>
      </w:pPr>
      <w:r>
        <w:rPr>
          <w:rFonts w:cs="Times New Roman"/>
        </w:rPr>
        <w:t>- Kết quả xác định theo số lượt xem hợp lệ của bài/video tại thời điểm chốt, trên cơ sở số liệu hiển thị và dữ liệu quản trị/analytics khi cần đối soát.</w:t>
      </w:r>
    </w:p>
    <w:p w14:paraId="54704642" w14:textId="0956F2B6" w:rsidR="005B6AF8" w:rsidRPr="005B6AF8" w:rsidRDefault="005B6AF8" w:rsidP="000D5814">
      <w:pPr>
        <w:keepLines/>
        <w:spacing w:before="120" w:after="120"/>
        <w:ind w:firstLine="720"/>
        <w:jc w:val="both"/>
      </w:pPr>
      <w:r w:rsidRPr="005B6AF8">
        <w:t>- Điều kiện xét xếp hạng, trao giải Hạng mục 2: video dự thi phải đạt tối thiểu 1.000 lượt xem hợp lệ tại thời điểm chốt số liệu mới đủ điều kiện được xét xếp hạng, trao giải. Các video có dưới 1.000 lượt xem hợp lệ không thuộc diện xét giải, kể cả trong trường hợp số lượng video đủ điều kiện ít hơn cơ cấu giải thưởng đã công bố.</w:t>
      </w:r>
    </w:p>
    <w:p w14:paraId="14196AA7" w14:textId="77777777" w:rsidR="00362D2D" w:rsidRDefault="002471AF" w:rsidP="000D5814">
      <w:pPr>
        <w:keepNext/>
        <w:keepLines/>
        <w:spacing w:before="120" w:after="120"/>
        <w:ind w:firstLine="720"/>
        <w:jc w:val="both"/>
      </w:pPr>
      <w:r>
        <w:rPr>
          <w:rFonts w:cs="Times New Roman"/>
          <w:b/>
        </w:rPr>
        <w:t>5. Chỉ tiêu truyền thông</w:t>
      </w:r>
    </w:p>
    <w:p w14:paraId="2E1D3BD9" w14:textId="77777777" w:rsidR="00362D2D" w:rsidRDefault="002471AF" w:rsidP="000D5814">
      <w:pPr>
        <w:keepLines/>
        <w:spacing w:before="120" w:after="120"/>
        <w:ind w:firstLine="720"/>
        <w:jc w:val="both"/>
      </w:pPr>
      <w:r>
        <w:rPr>
          <w:rFonts w:cs="Times New Roman"/>
        </w:rPr>
        <w:t>- Hạng mục 1: 19/19 bản, tổ dân phố, các trường học và các cơ quan, đơn vị trực thuộc xã bắt buộc tham gia; mỗi đơn vị đạt tối thiểu 300 khách truy cập duy nhất hợp lệ qua liên kết được cấp là điều kiện được xét xếp hạng, trao giải.</w:t>
      </w:r>
    </w:p>
    <w:p w14:paraId="226DE68A" w14:textId="77777777" w:rsidR="002C5AA0" w:rsidRDefault="002471AF" w:rsidP="00B93662">
      <w:pPr>
        <w:keepLines/>
        <w:spacing w:before="120" w:after="120"/>
        <w:ind w:firstLine="720"/>
        <w:jc w:val="both"/>
        <w:rPr>
          <w:rFonts w:cs="Times New Roman"/>
        </w:rPr>
      </w:pPr>
      <w:r>
        <w:rPr>
          <w:rFonts w:cs="Times New Roman"/>
        </w:rPr>
        <w:lastRenderedPageBreak/>
        <w:t>- Hạng mục 2: khuyến khích các đơn vị có Fanpage Facebook/kênh YouTube phù hợp tham gia; cá nhân, chủ các kênh truyền thông đăng ký tham gia tự nguyện.</w:t>
      </w:r>
      <w:r w:rsidR="0035112D">
        <w:rPr>
          <w:rFonts w:cs="Times New Roman"/>
        </w:rPr>
        <w:t xml:space="preserve"> </w:t>
      </w:r>
      <w:r w:rsidR="00B93662" w:rsidRPr="002C5AA0">
        <w:rPr>
          <w:rFonts w:cs="Times New Roman"/>
        </w:rPr>
        <w:t>Điều kiện xét xếp hạng, trao giải Hạng mục 2: Bài/video dự thi phải đạt tối thiểu 1.000 lượt xem hợp lệ tại thời điểm chốt số liệu mới đủ điều kiện được xét xếp hạng, trao giải. Các bài/video có dưới 1.000 lượt xem hợp lệ không thuộc diện xét giải, kể cả trong trường hợp số lượng bài/video đủ điều kiện ít hơn cơ cấu giải thưởng đã công bố</w:t>
      </w:r>
    </w:p>
    <w:p w14:paraId="016AAB84" w14:textId="6B40724D" w:rsidR="00362D2D" w:rsidRDefault="002471AF" w:rsidP="00B93662">
      <w:pPr>
        <w:keepLines/>
        <w:spacing w:before="120" w:after="120"/>
        <w:ind w:firstLine="720"/>
        <w:jc w:val="both"/>
      </w:pPr>
      <w:r>
        <w:rPr>
          <w:rFonts w:cs="Times New Roman"/>
          <w:b/>
        </w:rPr>
        <w:t>6. Thời gian tổ chức</w:t>
      </w:r>
    </w:p>
    <w:p w14:paraId="1A86CBAC" w14:textId="52544E7D" w:rsidR="004463EE" w:rsidRDefault="004463EE" w:rsidP="000D5814">
      <w:pPr>
        <w:keepLines/>
        <w:spacing w:before="120" w:after="120"/>
        <w:ind w:firstLine="720"/>
        <w:jc w:val="both"/>
        <w:rPr>
          <w:rFonts w:cs="Times New Roman"/>
        </w:rPr>
      </w:pPr>
      <w:r>
        <w:rPr>
          <w:rFonts w:cs="Times New Roman"/>
        </w:rPr>
        <w:t xml:space="preserve">- </w:t>
      </w:r>
      <w:r w:rsidR="007E504D" w:rsidRPr="007E504D">
        <w:rPr>
          <w:rFonts w:cs="Times New Roman"/>
        </w:rPr>
        <w:t>Đối với Hạng mục 2, người tham gia gửi đường link bài/video dự thi về Tổ Thư ký trước ngày 2</w:t>
      </w:r>
      <w:r w:rsidR="00327887">
        <w:rPr>
          <w:rFonts w:cs="Times New Roman"/>
        </w:rPr>
        <w:t>3</w:t>
      </w:r>
      <w:r w:rsidR="007E504D" w:rsidRPr="007E504D">
        <w:rPr>
          <w:rFonts w:cs="Times New Roman"/>
        </w:rPr>
        <w:t>/08/2026</w:t>
      </w:r>
      <w:r>
        <w:rPr>
          <w:rFonts w:cs="Times New Roman"/>
        </w:rPr>
        <w:t>.</w:t>
      </w:r>
    </w:p>
    <w:p w14:paraId="3844058E" w14:textId="480D0E25" w:rsidR="00362D2D" w:rsidRDefault="002471AF" w:rsidP="000D5814">
      <w:pPr>
        <w:keepLines/>
        <w:spacing w:before="120" w:after="120"/>
        <w:ind w:firstLine="720"/>
        <w:jc w:val="both"/>
      </w:pPr>
      <w:r>
        <w:rPr>
          <w:rFonts w:cs="Times New Roman"/>
        </w:rPr>
        <w:t>- Phát động và bắt đầu ghi nhận dữ liệu: từ 0</w:t>
      </w:r>
      <w:r w:rsidR="00360963">
        <w:rPr>
          <w:rFonts w:cs="Times New Roman"/>
        </w:rPr>
        <w:t>9</w:t>
      </w:r>
      <w:r>
        <w:rPr>
          <w:rFonts w:cs="Times New Roman"/>
        </w:rPr>
        <w:t xml:space="preserve"> giờ 00 ngày </w:t>
      </w:r>
      <w:r w:rsidR="00AD4621">
        <w:rPr>
          <w:rFonts w:cs="Times New Roman"/>
        </w:rPr>
        <w:t>20</w:t>
      </w:r>
      <w:r>
        <w:rPr>
          <w:rFonts w:cs="Times New Roman"/>
        </w:rPr>
        <w:t>/08/2026.</w:t>
      </w:r>
    </w:p>
    <w:p w14:paraId="2495F247" w14:textId="77777777" w:rsidR="00362D2D" w:rsidRDefault="002471AF" w:rsidP="000D5814">
      <w:pPr>
        <w:keepLines/>
        <w:spacing w:before="120" w:after="120"/>
        <w:ind w:firstLine="720"/>
        <w:jc w:val="both"/>
      </w:pPr>
      <w:r>
        <w:rPr>
          <w:rFonts w:cs="Times New Roman"/>
        </w:rPr>
        <w:t>- Kết thúc ghi nhận dữ liệu: 23 giờ 59 phút ngày 29/08/2026.</w:t>
      </w:r>
    </w:p>
    <w:p w14:paraId="25843D0B" w14:textId="47B1261F" w:rsidR="00F03AFB" w:rsidRDefault="002471AF" w:rsidP="000D5814">
      <w:pPr>
        <w:keepLines/>
        <w:spacing w:before="120" w:after="120"/>
        <w:ind w:firstLine="720"/>
        <w:jc w:val="both"/>
        <w:rPr>
          <w:rFonts w:cs="Times New Roman"/>
        </w:rPr>
      </w:pPr>
      <w:r>
        <w:rPr>
          <w:rFonts w:cs="Times New Roman"/>
        </w:rPr>
        <w:t xml:space="preserve">- Thời điểm đăng video </w:t>
      </w:r>
      <w:r w:rsidR="00F03AFB">
        <w:rPr>
          <w:rFonts w:cs="Times New Roman"/>
        </w:rPr>
        <w:t xml:space="preserve">tính bắt đầu từ ngày </w:t>
      </w:r>
      <w:r w:rsidR="00327887">
        <w:rPr>
          <w:rFonts w:cs="Times New Roman"/>
        </w:rPr>
        <w:t>20</w:t>
      </w:r>
      <w:r w:rsidR="00F03AFB">
        <w:rPr>
          <w:rFonts w:cs="Times New Roman"/>
        </w:rPr>
        <w:t>/08/2026</w:t>
      </w:r>
    </w:p>
    <w:p w14:paraId="675089AC" w14:textId="0FCC23C0" w:rsidR="00362D2D" w:rsidRDefault="002471AF" w:rsidP="000D5814">
      <w:pPr>
        <w:keepLines/>
        <w:spacing w:before="120" w:after="120"/>
        <w:ind w:firstLine="720"/>
        <w:jc w:val="both"/>
      </w:pPr>
      <w:r>
        <w:rPr>
          <w:rFonts w:cs="Times New Roman"/>
        </w:rPr>
        <w:t>- Kiểm tra, đối soát, tổng hợp kết quả: ngày 30/08/2026.</w:t>
      </w:r>
    </w:p>
    <w:p w14:paraId="17BE7F54" w14:textId="77777777" w:rsidR="00362D2D" w:rsidRDefault="002471AF" w:rsidP="000D5814">
      <w:pPr>
        <w:keepLines/>
        <w:spacing w:before="120" w:after="120"/>
        <w:ind w:firstLine="720"/>
        <w:jc w:val="both"/>
      </w:pPr>
      <w:r>
        <w:rPr>
          <w:rFonts w:cs="Times New Roman"/>
        </w:rPr>
        <w:t>- Công bố, trao giải: tối ngày 31/08/2026 tại Sân vận động xã Than Uyên, kết hợp chương trình công bố, trao giải Cuộc thi Thiết kế sản phẩm lưu niệm và quà tặng du lịch Than Uyên.</w:t>
      </w:r>
    </w:p>
    <w:p w14:paraId="022765F4" w14:textId="77777777" w:rsidR="00362D2D" w:rsidRDefault="002471AF" w:rsidP="000D5814">
      <w:pPr>
        <w:keepNext/>
        <w:keepLines/>
        <w:spacing w:before="120" w:after="120"/>
        <w:ind w:firstLine="720"/>
        <w:jc w:val="both"/>
      </w:pPr>
      <w:r>
        <w:rPr>
          <w:rFonts w:cs="Times New Roman"/>
          <w:b/>
        </w:rPr>
        <w:t>7. Nguyên tắc xác định kết quả</w:t>
      </w:r>
    </w:p>
    <w:p w14:paraId="3C7EEA1A" w14:textId="77777777" w:rsidR="00362D2D" w:rsidRPr="009B53D3" w:rsidRDefault="002471AF" w:rsidP="000D5814">
      <w:pPr>
        <w:keepNext/>
        <w:keepLines/>
        <w:spacing w:before="120" w:after="120"/>
        <w:ind w:firstLine="720"/>
        <w:jc w:val="both"/>
        <w:rPr>
          <w:i/>
        </w:rPr>
      </w:pPr>
      <w:r w:rsidRPr="009B53D3">
        <w:rPr>
          <w:rFonts w:cs="Times New Roman"/>
          <w:b/>
          <w:i/>
        </w:rPr>
        <w:t>7.1. Hạng mục 1</w:t>
      </w:r>
    </w:p>
    <w:p w14:paraId="28D5C6A0" w14:textId="77777777" w:rsidR="00F03AFB" w:rsidRDefault="002471AF" w:rsidP="000D5814">
      <w:pPr>
        <w:keepLines/>
        <w:spacing w:before="120" w:after="120"/>
        <w:ind w:firstLine="720"/>
        <w:jc w:val="both"/>
        <w:rPr>
          <w:rFonts w:cs="Times New Roman"/>
        </w:rPr>
      </w:pPr>
      <w:r>
        <w:rPr>
          <w:rFonts w:cs="Times New Roman"/>
        </w:rPr>
        <w:t xml:space="preserve">- </w:t>
      </w:r>
      <w:r w:rsidR="00F03AFB">
        <w:rPr>
          <w:rFonts w:cs="Times New Roman"/>
        </w:rPr>
        <w:t>Tổ Thư ký căn cứu k</w:t>
      </w:r>
      <w:r>
        <w:rPr>
          <w:rFonts w:cs="Times New Roman"/>
        </w:rPr>
        <w:t xml:space="preserve">ết quả căn cứ dữ liệu hệ thống </w:t>
      </w:r>
      <w:r w:rsidR="00F03AFB">
        <w:rPr>
          <w:rFonts w:cs="Times New Roman"/>
        </w:rPr>
        <w:t xml:space="preserve">chấm điểm tự động trên trang </w:t>
      </w:r>
      <w:hyperlink r:id="rId9" w:history="1">
        <w:r w:rsidR="00F03AFB" w:rsidRPr="00531435">
          <w:rPr>
            <w:rStyle w:val="Siuktni"/>
            <w:rFonts w:cs="Times New Roman"/>
          </w:rPr>
          <w:t>https://dulich.thanuyen.vn/</w:t>
        </w:r>
      </w:hyperlink>
      <w:r w:rsidR="00F03AFB">
        <w:rPr>
          <w:rFonts w:cs="Times New Roman"/>
        </w:rPr>
        <w:t xml:space="preserve"> </w:t>
      </w:r>
    </w:p>
    <w:p w14:paraId="356D7081" w14:textId="78D89B96" w:rsidR="00362D2D" w:rsidRDefault="002471AF" w:rsidP="000D5814">
      <w:pPr>
        <w:keepLines/>
        <w:spacing w:before="120" w:after="120"/>
        <w:ind w:firstLine="720"/>
        <w:jc w:val="both"/>
      </w:pPr>
      <w:r>
        <w:rPr>
          <w:rFonts w:cs="Times New Roman"/>
        </w:rPr>
        <w:t>- Xếp hạng theo tổng điểm của 03 chỉ số: khách truy cập duy nhất hợp lệ 60 điểm, lượt truy cập hợp lệ 20 điểm, thời gian xem thực tế bình quân 20 điểm. Cách tính cụ thể thực hiện theo Thể lệ.</w:t>
      </w:r>
    </w:p>
    <w:p w14:paraId="4281DFC0" w14:textId="77777777" w:rsidR="00362D2D" w:rsidRPr="008D216C" w:rsidRDefault="002471AF" w:rsidP="000D5814">
      <w:pPr>
        <w:keepLines/>
        <w:spacing w:before="120" w:after="120"/>
        <w:ind w:firstLine="720"/>
        <w:jc w:val="both"/>
        <w:rPr>
          <w:spacing w:val="-8"/>
        </w:rPr>
      </w:pPr>
      <w:r w:rsidRPr="008D216C">
        <w:rPr>
          <w:rFonts w:cs="Times New Roman"/>
          <w:spacing w:val="-8"/>
        </w:rPr>
        <w:t>- Mỗi khách truy cập duy nhất chỉ được tính cho 01 mã dự thi; trường hợp truy cập qua nhiều mã, hệ thống ghi nhận cho mã tạo ra lượt truy cập hợp lệ đầu tiên.</w:t>
      </w:r>
    </w:p>
    <w:p w14:paraId="0B71AF41" w14:textId="77777777" w:rsidR="00362D2D" w:rsidRPr="009B53D3" w:rsidRDefault="002471AF" w:rsidP="000D5814">
      <w:pPr>
        <w:keepNext/>
        <w:keepLines/>
        <w:spacing w:before="120" w:after="120"/>
        <w:ind w:firstLine="720"/>
        <w:jc w:val="both"/>
        <w:rPr>
          <w:i/>
        </w:rPr>
      </w:pPr>
      <w:r w:rsidRPr="009B53D3">
        <w:rPr>
          <w:rFonts w:cs="Times New Roman"/>
          <w:b/>
          <w:i/>
        </w:rPr>
        <w:t>7.2. Hạng mục 2</w:t>
      </w:r>
    </w:p>
    <w:p w14:paraId="523C42CE" w14:textId="77777777" w:rsidR="00C1335D" w:rsidRDefault="00C1335D" w:rsidP="000D5814">
      <w:pPr>
        <w:keepNext/>
        <w:keepLines/>
        <w:spacing w:before="120" w:after="120"/>
        <w:ind w:firstLine="720"/>
        <w:jc w:val="both"/>
        <w:rPr>
          <w:rFonts w:cs="Times New Roman"/>
          <w:spacing w:val="-4"/>
        </w:rPr>
      </w:pPr>
      <w:r w:rsidRPr="00C1335D">
        <w:rPr>
          <w:rFonts w:cs="Times New Roman"/>
          <w:spacing w:val="-4"/>
        </w:rPr>
        <w:t>Chỉ xếp hạng các bài/video đạt tối thiểu 1.000 lượt xem hợp lệ tại thời điểm chốt; trong số các bài/video đủ điều kiện, xếp hạng theo số lượt xem hợp lệ từ cao xuống thấp và không cộng dồn lượt xem từ bài/video khác.</w:t>
      </w:r>
    </w:p>
    <w:p w14:paraId="1A4152D2" w14:textId="77C8178C" w:rsidR="00362D2D" w:rsidRDefault="002471AF" w:rsidP="000D5814">
      <w:pPr>
        <w:keepNext/>
        <w:keepLines/>
        <w:spacing w:before="120" w:after="120"/>
        <w:ind w:firstLine="720"/>
        <w:jc w:val="both"/>
      </w:pPr>
      <w:r>
        <w:rPr>
          <w:rFonts w:cs="Times New Roman"/>
          <w:b/>
        </w:rPr>
        <w:t>8. Tổ Thư ký Cuộc thi</w:t>
      </w:r>
    </w:p>
    <w:p w14:paraId="5712FA56" w14:textId="77777777" w:rsidR="00362D2D" w:rsidRDefault="002471AF" w:rsidP="000D5814">
      <w:pPr>
        <w:keepLines/>
        <w:spacing w:before="120" w:after="120"/>
        <w:ind w:firstLine="720"/>
        <w:jc w:val="both"/>
      </w:pPr>
      <w:r>
        <w:rPr>
          <w:rFonts w:cs="Times New Roman"/>
        </w:rPr>
        <w:t>- UBND xã thành lập Tổ Thư ký gồm công chức, viên chức Phòng Văn hóa - Xã hội, Trung tâm Dịch vụ tổng hợp và thành phần liên quan.</w:t>
      </w:r>
    </w:p>
    <w:p w14:paraId="0E1A89FD" w14:textId="77777777" w:rsidR="00362D2D" w:rsidRDefault="002471AF" w:rsidP="000D5814">
      <w:pPr>
        <w:keepLines/>
        <w:spacing w:before="120" w:after="120"/>
        <w:ind w:firstLine="720"/>
        <w:jc w:val="both"/>
      </w:pPr>
      <w:r>
        <w:rPr>
          <w:rFonts w:cs="Times New Roman"/>
        </w:rPr>
        <w:lastRenderedPageBreak/>
        <w:t>- Tổ Thư ký tiếp nhận đăng ký; cấp mã, liên kết, QR; cung cấp nội dung; theo dõi, đối soát dữ liệu; lập biên bản chốt kết quả và tham mưu công nhận, công bố, trao giải.</w:t>
      </w:r>
    </w:p>
    <w:p w14:paraId="2B2C7319" w14:textId="77777777" w:rsidR="00362D2D" w:rsidRDefault="002471AF" w:rsidP="000D5814">
      <w:pPr>
        <w:keepNext/>
        <w:keepLines/>
        <w:spacing w:before="120" w:after="120"/>
        <w:ind w:firstLine="720"/>
        <w:jc w:val="both"/>
      </w:pPr>
      <w:r>
        <w:rPr>
          <w:rFonts w:cs="Times New Roman"/>
          <w:b/>
        </w:rPr>
        <w:t>9. Cơ cấu giải thưởng</w:t>
      </w:r>
    </w:p>
    <w:p w14:paraId="634844CC" w14:textId="77777777" w:rsidR="00362D2D" w:rsidRPr="009B53D3" w:rsidRDefault="002471AF" w:rsidP="000D5814">
      <w:pPr>
        <w:keepNext/>
        <w:keepLines/>
        <w:spacing w:before="120" w:after="120"/>
        <w:ind w:firstLine="720"/>
        <w:jc w:val="both"/>
        <w:rPr>
          <w:i/>
        </w:rPr>
      </w:pPr>
      <w:r w:rsidRPr="009B53D3">
        <w:rPr>
          <w:rFonts w:cs="Times New Roman"/>
          <w:b/>
          <w:i/>
        </w:rPr>
        <w:t>9.1. Hạng mục 1 - Truyền thông Trang Du lịch Than Uyên</w:t>
      </w:r>
    </w:p>
    <w:p w14:paraId="66842138" w14:textId="77777777" w:rsidR="00362D2D" w:rsidRDefault="002471AF" w:rsidP="000D5814">
      <w:pPr>
        <w:keepLines/>
        <w:spacing w:before="120" w:after="120"/>
        <w:ind w:firstLine="720"/>
        <w:jc w:val="both"/>
      </w:pPr>
      <w:r>
        <w:rPr>
          <w:rFonts w:cs="Times New Roman"/>
        </w:rPr>
        <w:t>- 01 Giải Nhất: 2.000.000 đồng.</w:t>
      </w:r>
    </w:p>
    <w:p w14:paraId="75FB5CBF" w14:textId="77777777" w:rsidR="00362D2D" w:rsidRDefault="002471AF" w:rsidP="000D5814">
      <w:pPr>
        <w:keepLines/>
        <w:spacing w:before="120" w:after="120"/>
        <w:ind w:firstLine="720"/>
        <w:jc w:val="both"/>
      </w:pPr>
      <w:r>
        <w:rPr>
          <w:rFonts w:cs="Times New Roman"/>
        </w:rPr>
        <w:t>- 02 Giải Nhì: 1.500.000 đồng/giải.</w:t>
      </w:r>
    </w:p>
    <w:p w14:paraId="472211CF" w14:textId="77777777" w:rsidR="00362D2D" w:rsidRDefault="002471AF" w:rsidP="000D5814">
      <w:pPr>
        <w:keepLines/>
        <w:spacing w:before="120" w:after="120"/>
        <w:ind w:firstLine="720"/>
        <w:jc w:val="both"/>
      </w:pPr>
      <w:r>
        <w:rPr>
          <w:rFonts w:cs="Times New Roman"/>
        </w:rPr>
        <w:t>- 03 Giải Ba: 1.000.000 đồng/giải.</w:t>
      </w:r>
    </w:p>
    <w:p w14:paraId="011206F3" w14:textId="77777777" w:rsidR="00362D2D" w:rsidRDefault="002471AF" w:rsidP="000D5814">
      <w:pPr>
        <w:keepLines/>
        <w:spacing w:before="120" w:after="120"/>
        <w:ind w:firstLine="720"/>
        <w:jc w:val="both"/>
      </w:pPr>
      <w:r>
        <w:rPr>
          <w:rFonts w:cs="Times New Roman"/>
        </w:rPr>
        <w:t>- 05 Giải Khuyến khích: 500.000 đồng/giải.</w:t>
      </w:r>
    </w:p>
    <w:p w14:paraId="2BA1361A" w14:textId="77777777" w:rsidR="00362D2D" w:rsidRDefault="002471AF" w:rsidP="000D5814">
      <w:pPr>
        <w:keepLines/>
        <w:spacing w:before="120" w:after="120"/>
        <w:ind w:firstLine="720"/>
        <w:jc w:val="both"/>
      </w:pPr>
      <w:r>
        <w:rPr>
          <w:rFonts w:cs="Times New Roman"/>
        </w:rPr>
        <w:t>- Tổng giá trị tiền thưởng: 10.500.000 đồng.</w:t>
      </w:r>
    </w:p>
    <w:p w14:paraId="62A54229" w14:textId="77777777" w:rsidR="00362D2D" w:rsidRPr="009B53D3" w:rsidRDefault="002471AF" w:rsidP="000D5814">
      <w:pPr>
        <w:keepNext/>
        <w:keepLines/>
        <w:spacing w:before="120" w:after="120"/>
        <w:ind w:firstLine="720"/>
        <w:jc w:val="both"/>
        <w:rPr>
          <w:i/>
          <w:spacing w:val="-8"/>
        </w:rPr>
      </w:pPr>
      <w:r w:rsidRPr="009B53D3">
        <w:rPr>
          <w:rFonts w:cs="Times New Roman"/>
          <w:b/>
          <w:i/>
          <w:spacing w:val="-8"/>
        </w:rPr>
        <w:t>9.2. Hạng mục 2 - Lan tỏa video quảng bá Tết Độc lập 2/9 Than Uyên</w:t>
      </w:r>
    </w:p>
    <w:p w14:paraId="78E80581" w14:textId="77777777" w:rsidR="00362D2D" w:rsidRDefault="002471AF" w:rsidP="000D5814">
      <w:pPr>
        <w:keepLines/>
        <w:spacing w:before="120" w:after="120"/>
        <w:ind w:firstLine="720"/>
        <w:jc w:val="both"/>
      </w:pPr>
      <w:r>
        <w:rPr>
          <w:rFonts w:cs="Times New Roman"/>
        </w:rPr>
        <w:t>- 01 Giải Nhất: 2.000.000 đồng.</w:t>
      </w:r>
    </w:p>
    <w:p w14:paraId="78282FE1" w14:textId="77777777" w:rsidR="00362D2D" w:rsidRDefault="002471AF" w:rsidP="000D5814">
      <w:pPr>
        <w:keepLines/>
        <w:spacing w:before="120" w:after="120"/>
        <w:ind w:firstLine="720"/>
        <w:jc w:val="both"/>
      </w:pPr>
      <w:r>
        <w:rPr>
          <w:rFonts w:cs="Times New Roman"/>
        </w:rPr>
        <w:t>- 01 Giải Nhì: 1.500.000 đồng.</w:t>
      </w:r>
    </w:p>
    <w:p w14:paraId="38C1BB0E" w14:textId="77777777" w:rsidR="00362D2D" w:rsidRDefault="002471AF" w:rsidP="000D5814">
      <w:pPr>
        <w:keepLines/>
        <w:spacing w:before="120" w:after="120"/>
        <w:ind w:firstLine="720"/>
        <w:jc w:val="both"/>
      </w:pPr>
      <w:r>
        <w:rPr>
          <w:rFonts w:cs="Times New Roman"/>
        </w:rPr>
        <w:t>- 01 Giải Ba: 1.000.000 đồng.</w:t>
      </w:r>
    </w:p>
    <w:p w14:paraId="7B31ECB6" w14:textId="77777777" w:rsidR="00362D2D" w:rsidRDefault="002471AF" w:rsidP="000D5814">
      <w:pPr>
        <w:keepLines/>
        <w:spacing w:before="120" w:after="120"/>
        <w:ind w:firstLine="720"/>
        <w:jc w:val="both"/>
      </w:pPr>
      <w:r>
        <w:rPr>
          <w:rFonts w:cs="Times New Roman"/>
        </w:rPr>
        <w:t>- 01 Giải Khuyến khích: 500.000 đồng.</w:t>
      </w:r>
    </w:p>
    <w:p w14:paraId="45530026" w14:textId="77777777" w:rsidR="00362D2D" w:rsidRDefault="002471AF" w:rsidP="000D5814">
      <w:pPr>
        <w:keepLines/>
        <w:spacing w:before="120" w:after="120"/>
        <w:ind w:firstLine="720"/>
        <w:jc w:val="both"/>
      </w:pPr>
      <w:r>
        <w:rPr>
          <w:rFonts w:cs="Times New Roman"/>
        </w:rPr>
        <w:t>- Tổng giá trị tiền thưởng: 5.000.000 đồng.</w:t>
      </w:r>
    </w:p>
    <w:p w14:paraId="14468D70" w14:textId="77777777" w:rsidR="000D5814" w:rsidRDefault="002471AF" w:rsidP="000D5814">
      <w:pPr>
        <w:keepLines/>
        <w:spacing w:before="120" w:after="120"/>
        <w:ind w:firstLine="720"/>
        <w:jc w:val="both"/>
        <w:rPr>
          <w:rFonts w:cs="Times New Roman"/>
        </w:rPr>
      </w:pPr>
      <w:r>
        <w:rPr>
          <w:rFonts w:cs="Times New Roman"/>
          <w:b/>
        </w:rPr>
        <w:t>Tổng giá trị tiền thưởng của 02 hạng mục:</w:t>
      </w:r>
      <w:r>
        <w:rPr>
          <w:rFonts w:cs="Times New Roman"/>
        </w:rPr>
        <w:t xml:space="preserve"> 15.500.000 đồng</w:t>
      </w:r>
    </w:p>
    <w:p w14:paraId="5FA8F803" w14:textId="77777777" w:rsidR="000D5814" w:rsidRDefault="002471AF" w:rsidP="000D5814">
      <w:pPr>
        <w:keepLines/>
        <w:spacing w:before="120" w:after="120"/>
        <w:ind w:firstLine="720"/>
        <w:jc w:val="center"/>
        <w:rPr>
          <w:b/>
          <w:bCs/>
          <w:i/>
          <w:iCs/>
        </w:rPr>
      </w:pPr>
      <w:r w:rsidRPr="000D5814">
        <w:rPr>
          <w:rFonts w:cs="Times New Roman"/>
          <w:b/>
          <w:bCs/>
          <w:i/>
          <w:iCs/>
        </w:rPr>
        <w:t>(Mười lăm triệu năm trăm nghìn đồng).</w:t>
      </w:r>
    </w:p>
    <w:p w14:paraId="63F1AA2B" w14:textId="29EF62AB" w:rsidR="00362D2D" w:rsidRPr="000D5814" w:rsidRDefault="002471AF" w:rsidP="000D5814">
      <w:pPr>
        <w:keepLines/>
        <w:spacing w:before="120" w:after="120"/>
        <w:ind w:firstLine="720"/>
        <w:rPr>
          <w:b/>
          <w:bCs/>
          <w:i/>
          <w:iCs/>
        </w:rPr>
      </w:pPr>
      <w:r>
        <w:rPr>
          <w:rFonts w:cs="Times New Roman"/>
          <w:b/>
        </w:rPr>
        <w:t>10. Kinh phí</w:t>
      </w:r>
    </w:p>
    <w:p w14:paraId="6828FA2E" w14:textId="0712B1AC" w:rsidR="007A7651" w:rsidRPr="007A7651" w:rsidRDefault="007A7651" w:rsidP="000D5814">
      <w:pPr>
        <w:keepNext/>
        <w:keepLines/>
        <w:spacing w:before="120" w:after="120"/>
        <w:ind w:firstLine="720"/>
        <w:jc w:val="both"/>
        <w:rPr>
          <w:rFonts w:cs="Times New Roman"/>
          <w:spacing w:val="-4"/>
        </w:rPr>
      </w:pPr>
      <w:r w:rsidRPr="007A7651">
        <w:rPr>
          <w:rFonts w:cs="Times New Roman"/>
          <w:spacing w:val="-4"/>
        </w:rPr>
        <w:t>Kinh phí chi trả giải thưởng, in Giấy chứng nhận và các nội dung liên quan phục vụ công bố, trao giải được bố trí từ nguồn kinh phí tổ chức các hoạt động Tết Độc lập 2/9 năm 2026 đã giao Trung tâm Dịch vụ tổng hợp quản lý, thực hiện theo dự toán được cấp có thẩm quyền phê duyệt và các quy định hiện hành</w:t>
      </w:r>
      <w:r>
        <w:rPr>
          <w:rFonts w:cs="Times New Roman"/>
          <w:spacing w:val="-4"/>
        </w:rPr>
        <w:t>.</w:t>
      </w:r>
    </w:p>
    <w:p w14:paraId="08A86C5A" w14:textId="6492A0A0" w:rsidR="00362D2D" w:rsidRDefault="002471AF" w:rsidP="000D5814">
      <w:pPr>
        <w:keepNext/>
        <w:keepLines/>
        <w:spacing w:before="120" w:after="120"/>
        <w:ind w:firstLine="720"/>
        <w:jc w:val="both"/>
      </w:pPr>
      <w:r>
        <w:rPr>
          <w:rFonts w:cs="Times New Roman"/>
          <w:b/>
        </w:rPr>
        <w:t>11. Thể lệ Cuộc thi</w:t>
      </w:r>
    </w:p>
    <w:p w14:paraId="40516D5F" w14:textId="77777777" w:rsidR="00362D2D" w:rsidRDefault="002471AF" w:rsidP="000D5814">
      <w:pPr>
        <w:keepLines/>
        <w:spacing w:before="120" w:after="120"/>
        <w:ind w:firstLine="720"/>
        <w:jc w:val="both"/>
      </w:pPr>
      <w:r>
        <w:rPr>
          <w:rFonts w:cs="Times New Roman"/>
        </w:rPr>
        <w:t>Thể lệ ban hành kèm theo Kế hoạch này quy định cụ thể việc đăng ký, cấp liên kết, ghi nhận dữ liệu, cách tính điểm/xếp hạng, phòng chống gian lận, công bố kết quả và giải quyết kiến nghị.</w:t>
      </w:r>
    </w:p>
    <w:p w14:paraId="0EDDA397" w14:textId="77777777" w:rsidR="00362D2D" w:rsidRDefault="002471AF" w:rsidP="000D5814">
      <w:pPr>
        <w:keepNext/>
        <w:keepLines/>
        <w:spacing w:before="120" w:after="120"/>
        <w:ind w:firstLine="720"/>
        <w:jc w:val="both"/>
      </w:pPr>
      <w:r>
        <w:rPr>
          <w:rFonts w:cs="Times New Roman"/>
          <w:b/>
        </w:rPr>
        <w:t>IV. TỔ CHỨC THỰC HIỆN</w:t>
      </w:r>
    </w:p>
    <w:p w14:paraId="67D995AB" w14:textId="77777777" w:rsidR="00362D2D" w:rsidRDefault="002471AF" w:rsidP="000D5814">
      <w:pPr>
        <w:keepNext/>
        <w:keepLines/>
        <w:spacing w:before="120" w:after="120"/>
        <w:ind w:firstLine="720"/>
        <w:jc w:val="both"/>
      </w:pPr>
      <w:r>
        <w:rPr>
          <w:rFonts w:cs="Times New Roman"/>
          <w:b/>
        </w:rPr>
        <w:t>1. Phòng Văn hóa - Xã hội</w:t>
      </w:r>
    </w:p>
    <w:p w14:paraId="214FBBB5" w14:textId="77777777" w:rsidR="00362D2D" w:rsidRDefault="002471AF" w:rsidP="000D5814">
      <w:pPr>
        <w:keepLines/>
        <w:spacing w:before="120" w:after="120"/>
        <w:ind w:firstLine="720"/>
        <w:jc w:val="both"/>
      </w:pPr>
      <w:r>
        <w:rPr>
          <w:rFonts w:cs="Times New Roman"/>
        </w:rPr>
        <w:t>- Là cơ quan thường trực, chủ trì tham mưu triển khai Kế hoạch, ban hành Thể lệ, thành lập Tổ Thư ký và các văn bản liên quan.</w:t>
      </w:r>
    </w:p>
    <w:p w14:paraId="0AE0C887" w14:textId="77777777" w:rsidR="00362D2D" w:rsidRDefault="002471AF" w:rsidP="000D5814">
      <w:pPr>
        <w:keepLines/>
        <w:spacing w:before="120" w:after="120"/>
        <w:ind w:firstLine="720"/>
        <w:jc w:val="both"/>
      </w:pPr>
      <w:r>
        <w:rPr>
          <w:rFonts w:cs="Times New Roman"/>
        </w:rPr>
        <w:lastRenderedPageBreak/>
        <w:t>- Chủ trì xây dựng nội dung tuyên truyền, video chính thức; phối hợp cập nhật Trang Du lịch Than Uyên; quản lý danh sách đăng ký, cấp mã/liên kết/QR và hướng dẫn triển khai.</w:t>
      </w:r>
    </w:p>
    <w:p w14:paraId="6C79983D" w14:textId="77777777" w:rsidR="00362D2D" w:rsidRDefault="002471AF" w:rsidP="000D5814">
      <w:pPr>
        <w:keepLines/>
        <w:spacing w:before="120" w:after="120"/>
        <w:ind w:firstLine="720"/>
        <w:jc w:val="both"/>
      </w:pPr>
      <w:r>
        <w:rPr>
          <w:rFonts w:cs="Times New Roman"/>
        </w:rPr>
        <w:t>- Phối hợp theo dõi, đối soát dữ liệu; tham mưu công nhận kết quả, chuẩn bị Giấy chứng nhận, giải thưởng, tổ chức trao giải và báo cáo kết quả.</w:t>
      </w:r>
    </w:p>
    <w:p w14:paraId="0FD25B04" w14:textId="77777777" w:rsidR="00362D2D" w:rsidRDefault="002471AF" w:rsidP="000D5814">
      <w:pPr>
        <w:keepLines/>
        <w:spacing w:before="120" w:after="120"/>
        <w:ind w:firstLine="720"/>
        <w:jc w:val="both"/>
      </w:pPr>
      <w:r>
        <w:rPr>
          <w:rFonts w:cs="Times New Roman"/>
        </w:rPr>
        <w:t>- Phối hợp xây dựng dự toán kinh phí theo quy định.</w:t>
      </w:r>
    </w:p>
    <w:p w14:paraId="13FA6FDD" w14:textId="77777777" w:rsidR="00362D2D" w:rsidRDefault="002471AF" w:rsidP="000D5814">
      <w:pPr>
        <w:keepNext/>
        <w:keepLines/>
        <w:spacing w:before="120" w:after="120"/>
        <w:ind w:firstLine="720"/>
        <w:jc w:val="both"/>
      </w:pPr>
      <w:r>
        <w:rPr>
          <w:rFonts w:cs="Times New Roman"/>
          <w:b/>
        </w:rPr>
        <w:t>2. Tổ Thư ký Cuộc thi</w:t>
      </w:r>
    </w:p>
    <w:p w14:paraId="09A228BC" w14:textId="77777777" w:rsidR="00362D2D" w:rsidRDefault="002471AF" w:rsidP="000D5814">
      <w:pPr>
        <w:keepLines/>
        <w:spacing w:before="120" w:after="120"/>
        <w:ind w:firstLine="720"/>
        <w:jc w:val="both"/>
      </w:pPr>
      <w:r>
        <w:rPr>
          <w:rFonts w:cs="Times New Roman"/>
        </w:rPr>
        <w:t>- Tiếp nhận đăng ký; cấp mã, liên kết, QR; cung cấp nội dung, hướng dẫn, hỗ trợ người tham gia; tiếp nhận link Hạng mục 2.</w:t>
      </w:r>
    </w:p>
    <w:p w14:paraId="2D0177A9" w14:textId="77777777" w:rsidR="00362D2D" w:rsidRDefault="002471AF" w:rsidP="000D5814">
      <w:pPr>
        <w:keepLines/>
        <w:spacing w:before="120" w:after="120"/>
        <w:ind w:firstLine="720"/>
        <w:jc w:val="both"/>
      </w:pPr>
      <w:r>
        <w:rPr>
          <w:rFonts w:cs="Times New Roman"/>
        </w:rPr>
        <w:t>- Theo dõi, kiểm tra, chốt dữ liệu; lập biên bản, bảng xếp hạng và tham mưu UBND xã công nhận kết quả.</w:t>
      </w:r>
    </w:p>
    <w:p w14:paraId="2C584D30" w14:textId="77777777" w:rsidR="00362D2D" w:rsidRDefault="002471AF" w:rsidP="000D5814">
      <w:pPr>
        <w:keepNext/>
        <w:keepLines/>
        <w:spacing w:before="120" w:after="120"/>
        <w:ind w:firstLine="720"/>
        <w:jc w:val="both"/>
      </w:pPr>
      <w:r>
        <w:rPr>
          <w:rFonts w:cs="Times New Roman"/>
          <w:b/>
        </w:rPr>
        <w:t>3. Phòng Kinh tế</w:t>
      </w:r>
    </w:p>
    <w:p w14:paraId="5295E628" w14:textId="77777777" w:rsidR="00362D2D" w:rsidRDefault="002471AF" w:rsidP="000D5814">
      <w:pPr>
        <w:keepLines/>
        <w:spacing w:before="120" w:after="120"/>
        <w:ind w:firstLine="720"/>
        <w:jc w:val="both"/>
      </w:pPr>
      <w:r>
        <w:rPr>
          <w:rFonts w:cs="Times New Roman"/>
        </w:rPr>
        <w:t>Tham mưu bố trí, thẩm định dự toán; hướng dẫn thực hiện và thanh quyết toán kinh phí theo quy định.</w:t>
      </w:r>
    </w:p>
    <w:p w14:paraId="5BAB5D74" w14:textId="77777777" w:rsidR="00362D2D" w:rsidRDefault="002471AF" w:rsidP="000D5814">
      <w:pPr>
        <w:keepNext/>
        <w:keepLines/>
        <w:spacing w:before="120" w:after="120"/>
        <w:ind w:firstLine="720"/>
        <w:jc w:val="both"/>
      </w:pPr>
      <w:r>
        <w:rPr>
          <w:rFonts w:cs="Times New Roman"/>
          <w:b/>
        </w:rPr>
        <w:t>4. Trung tâm Dịch vụ tổng hợp</w:t>
      </w:r>
    </w:p>
    <w:p w14:paraId="10A2AC59" w14:textId="54D77F8E" w:rsidR="00B76414" w:rsidRPr="00B76414" w:rsidRDefault="00B76414" w:rsidP="000D5814">
      <w:pPr>
        <w:keepLines/>
        <w:spacing w:before="120" w:after="120"/>
        <w:ind w:firstLine="720"/>
        <w:jc w:val="both"/>
        <w:rPr>
          <w:rFonts w:cs="Times New Roman"/>
          <w:lang w:val="vi-VN"/>
        </w:rPr>
      </w:pPr>
      <w:r>
        <w:rPr>
          <w:rFonts w:cs="Times New Roman"/>
        </w:rPr>
        <w:t>-</w:t>
      </w:r>
      <w:r w:rsidRPr="00B76414">
        <w:rPr>
          <w:rFonts w:cs="Times New Roman"/>
          <w:lang w:val="vi-VN"/>
        </w:rPr>
        <w:t xml:space="preserve"> Phối hợp sản xuất, đăng tải nội dung truyền thông và video chính thức quảng bá Tết Độc lập 2/9 Than Uyên. </w:t>
      </w:r>
    </w:p>
    <w:p w14:paraId="4BBA81E9" w14:textId="2A72C76E" w:rsidR="00B76414" w:rsidRPr="00B76414" w:rsidRDefault="00B76414" w:rsidP="000D5814">
      <w:pPr>
        <w:keepLines/>
        <w:spacing w:before="120" w:after="120"/>
        <w:ind w:firstLine="720"/>
        <w:jc w:val="both"/>
        <w:rPr>
          <w:rFonts w:cs="Times New Roman"/>
          <w:lang w:val="vi-VN"/>
        </w:rPr>
      </w:pPr>
      <w:r>
        <w:rPr>
          <w:rFonts w:cs="Times New Roman"/>
        </w:rPr>
        <w:t>-</w:t>
      </w:r>
      <w:r w:rsidRPr="00B76414">
        <w:rPr>
          <w:rFonts w:cs="Times New Roman"/>
          <w:lang w:val="vi-VN"/>
        </w:rPr>
        <w:t xml:space="preserve">  Cung cấp video quảng bá Tết Độc lập 2/9 Than Uyên năm 2026 phục vụ Cuộc thi. </w:t>
      </w:r>
    </w:p>
    <w:p w14:paraId="4D16AE98" w14:textId="79B21305" w:rsidR="00B76414" w:rsidRPr="00B76414" w:rsidRDefault="00B76414" w:rsidP="000D5814">
      <w:pPr>
        <w:keepLines/>
        <w:spacing w:before="120" w:after="120"/>
        <w:ind w:firstLine="720"/>
        <w:jc w:val="both"/>
        <w:rPr>
          <w:rFonts w:cs="Times New Roman"/>
          <w:lang w:val="vi-VN"/>
        </w:rPr>
      </w:pPr>
      <w:r w:rsidRPr="00B76414">
        <w:rPr>
          <w:rFonts w:cs="Times New Roman"/>
        </w:rPr>
        <w:t>-</w:t>
      </w:r>
      <w:r w:rsidRPr="00B76414">
        <w:rPr>
          <w:rFonts w:cs="Times New Roman"/>
          <w:lang w:val="vi-VN"/>
        </w:rPr>
        <w:t xml:space="preserve"> Trên cơ sở nguồn kinh phí được giao tổ chức các hoạt động Tết Độc lập 2/9 năm 2026, bảo đảm kinh phí chi trả giải thưởng, in Giấy chứng nhận và các nội dung liên quan phục vụ công bố, trao giải Cuộc thi theo dự toán được cấp có thẩm quyền phê duyệt. </w:t>
      </w:r>
    </w:p>
    <w:p w14:paraId="18DE0333" w14:textId="18D7ABC1" w:rsidR="00B76414" w:rsidRPr="00B76414" w:rsidRDefault="00B76414" w:rsidP="000D5814">
      <w:pPr>
        <w:keepLines/>
        <w:spacing w:before="120" w:after="120"/>
        <w:ind w:firstLine="720"/>
        <w:jc w:val="both"/>
        <w:rPr>
          <w:rFonts w:cs="Times New Roman"/>
        </w:rPr>
      </w:pPr>
      <w:r w:rsidRPr="00B76414">
        <w:rPr>
          <w:rFonts w:cs="Times New Roman"/>
        </w:rPr>
        <w:t xml:space="preserve">- </w:t>
      </w:r>
      <w:r w:rsidRPr="00B76414">
        <w:rPr>
          <w:rFonts w:cs="Times New Roman"/>
          <w:lang w:val="vi-VN"/>
        </w:rPr>
        <w:t>Phối hợp với Phòng Văn hóa - Xã hội chuẩn bị Giấy chứng nhận, tiền thưởng và các điều kiện phục vụ Lễ công bố, trao giải; thực hiện quản lý, sử dụng, thanh quyết toán kinh phí theo đúng quy định hiện hành.</w:t>
      </w:r>
    </w:p>
    <w:p w14:paraId="54542B53" w14:textId="0B8AA48B" w:rsidR="00362D2D" w:rsidRDefault="002471AF" w:rsidP="000D5814">
      <w:pPr>
        <w:keepLines/>
        <w:spacing w:before="120" w:after="120"/>
        <w:ind w:firstLine="720"/>
        <w:jc w:val="both"/>
      </w:pPr>
      <w:r>
        <w:rPr>
          <w:rFonts w:cs="Times New Roman"/>
          <w:b/>
        </w:rPr>
        <w:t>5. Đề nghị Ủy ban MTTQ Việt Nam xã</w:t>
      </w:r>
    </w:p>
    <w:p w14:paraId="3C0EFE59" w14:textId="006723DE" w:rsidR="00362D2D" w:rsidRDefault="002471AF" w:rsidP="000D5814">
      <w:pPr>
        <w:keepLines/>
        <w:spacing w:before="120" w:after="120"/>
        <w:ind w:firstLine="720"/>
        <w:jc w:val="both"/>
      </w:pPr>
      <w:r>
        <w:rPr>
          <w:rFonts w:cs="Times New Roman"/>
        </w:rPr>
        <w:t>Tuyên truyền, vận động đoàn viên, hội viên và Nhân dân hưởng ứng; chia sẻ nội dung chính thống của Cuộc thi.</w:t>
      </w:r>
    </w:p>
    <w:p w14:paraId="26406517" w14:textId="77777777" w:rsidR="00362D2D" w:rsidRDefault="002471AF" w:rsidP="000D5814">
      <w:pPr>
        <w:keepNext/>
        <w:keepLines/>
        <w:spacing w:before="120" w:after="120"/>
        <w:ind w:firstLine="720"/>
        <w:jc w:val="both"/>
      </w:pPr>
      <w:r>
        <w:rPr>
          <w:rFonts w:cs="Times New Roman"/>
          <w:b/>
        </w:rPr>
        <w:t>6. Các cơ quan, đơn vị trực thuộc xã và các trường học</w:t>
      </w:r>
    </w:p>
    <w:p w14:paraId="0F72E525" w14:textId="5202DB2C" w:rsidR="00362D2D" w:rsidRPr="00A659CC" w:rsidRDefault="002471AF" w:rsidP="000D5814">
      <w:pPr>
        <w:keepLines/>
        <w:spacing w:before="120" w:after="120"/>
        <w:ind w:firstLine="720"/>
        <w:jc w:val="both"/>
        <w:rPr>
          <w:spacing w:val="-2"/>
        </w:rPr>
      </w:pPr>
      <w:r w:rsidRPr="00A659CC">
        <w:rPr>
          <w:rFonts w:cs="Times New Roman"/>
          <w:spacing w:val="-2"/>
        </w:rPr>
        <w:t xml:space="preserve">- </w:t>
      </w:r>
      <w:r w:rsidR="00A659CC" w:rsidRPr="00A659CC">
        <w:rPr>
          <w:rFonts w:cs="Times New Roman"/>
          <w:spacing w:val="-2"/>
        </w:rPr>
        <w:t>Các cơ quan, đơn vị trực thuộc xã, các trường học, 19/19 bản, tổ dân phố mặc định tham gia Hạng mục 1; Tổ Thư ký lập danh sách, cấp mã dự thi, liên kết định danh và mã QR cho từng đơn vị</w:t>
      </w:r>
      <w:r w:rsidR="004463EE" w:rsidRPr="00A659CC">
        <w:rPr>
          <w:rFonts w:cs="Times New Roman"/>
          <w:spacing w:val="-2"/>
        </w:rPr>
        <w:t>; phấn đấu đạt kết quả cao, trong đó tối thiểu 300 khách truy cập duy nhất hợp lệ là điều kiện được xét xếp hạng, trao giải.</w:t>
      </w:r>
    </w:p>
    <w:p w14:paraId="45CD8259" w14:textId="77777777" w:rsidR="00362D2D" w:rsidRDefault="002471AF" w:rsidP="000D5814">
      <w:pPr>
        <w:keepLines/>
        <w:spacing w:before="120" w:after="120"/>
        <w:ind w:firstLine="720"/>
        <w:jc w:val="both"/>
      </w:pPr>
      <w:r>
        <w:rPr>
          <w:rFonts w:cs="Times New Roman"/>
        </w:rPr>
        <w:lastRenderedPageBreak/>
        <w:t>- Khuyến khích đơn vị có Fanpage Facebook hoặc kênh YouTube phù hợp tham gia Hạng mục 2 và phối hợp đối soát số liệu theo hướng dẫn.</w:t>
      </w:r>
    </w:p>
    <w:p w14:paraId="780E7C3A" w14:textId="77777777" w:rsidR="00362D2D" w:rsidRDefault="002471AF" w:rsidP="000D5814">
      <w:pPr>
        <w:keepLines/>
        <w:spacing w:before="120" w:after="120"/>
        <w:ind w:firstLine="720"/>
        <w:jc w:val="both"/>
      </w:pPr>
      <w:r>
        <w:rPr>
          <w:rFonts w:cs="Times New Roman"/>
        </w:rPr>
        <w:t>- Không sử dụng các biện pháp làm sai lệch dữ liệu Cuộc thi.</w:t>
      </w:r>
    </w:p>
    <w:p w14:paraId="5EC0AC7D" w14:textId="7C368F33" w:rsidR="00362D2D" w:rsidRDefault="002471AF" w:rsidP="000D5814">
      <w:pPr>
        <w:keepNext/>
        <w:keepLines/>
        <w:spacing w:before="120" w:after="120"/>
        <w:ind w:firstLine="720"/>
        <w:jc w:val="both"/>
      </w:pPr>
      <w:r>
        <w:rPr>
          <w:rFonts w:cs="Times New Roman"/>
          <w:b/>
        </w:rPr>
        <w:t xml:space="preserve">7. </w:t>
      </w:r>
      <w:r w:rsidR="00B76414">
        <w:rPr>
          <w:rFonts w:cs="Times New Roman"/>
          <w:b/>
        </w:rPr>
        <w:t>Các</w:t>
      </w:r>
      <w:r>
        <w:rPr>
          <w:rFonts w:cs="Times New Roman"/>
          <w:b/>
        </w:rPr>
        <w:t xml:space="preserve"> bản, tổ dân phố</w:t>
      </w:r>
    </w:p>
    <w:p w14:paraId="20A61526" w14:textId="5694E116" w:rsidR="00362D2D" w:rsidRDefault="002471AF" w:rsidP="000D5814">
      <w:pPr>
        <w:keepLines/>
        <w:spacing w:before="120" w:after="120"/>
        <w:ind w:firstLine="720"/>
        <w:jc w:val="both"/>
      </w:pPr>
      <w:r>
        <w:rPr>
          <w:rFonts w:cs="Times New Roman"/>
        </w:rPr>
        <w:t xml:space="preserve">- </w:t>
      </w:r>
      <w:r w:rsidR="004463EE" w:rsidRPr="004463EE">
        <w:rPr>
          <w:rFonts w:cs="Times New Roman"/>
        </w:rPr>
        <w:t>19/19 bản, tổ dân phố bắt buộc đăng ký, tham gia Hạng mục 1; tuyên truyền, vận động Nhân dân truy cập Trang Du lịch Than Uyên và chia sẻ liên kết/QR trên các kênh phù hợp</w:t>
      </w:r>
      <w:r w:rsidR="004463EE">
        <w:rPr>
          <w:rFonts w:cs="Times New Roman"/>
        </w:rPr>
        <w:t>.</w:t>
      </w:r>
    </w:p>
    <w:p w14:paraId="1E860F33" w14:textId="77777777" w:rsidR="00362D2D" w:rsidRDefault="002471AF" w:rsidP="000D5814">
      <w:pPr>
        <w:keepLines/>
        <w:spacing w:before="120" w:after="120"/>
        <w:ind w:firstLine="720"/>
        <w:jc w:val="both"/>
      </w:pPr>
      <w:r>
        <w:rPr>
          <w:rFonts w:cs="Times New Roman"/>
        </w:rPr>
        <w:t>- Mỗi bản, tổ dân phố đạt tối thiểu 300 khách truy cập duy nhất hợp lệ để được xét xếp hạng, trao giải; khuyến khích Fanpage/kênh YouTube đủ điều kiện tham gia Hạng mục 2.</w:t>
      </w:r>
    </w:p>
    <w:p w14:paraId="1801DA71" w14:textId="69277EB3" w:rsidR="00362D2D" w:rsidRDefault="002471AF" w:rsidP="000D5814">
      <w:pPr>
        <w:keepLines/>
        <w:spacing w:before="120" w:after="120"/>
        <w:ind w:firstLine="720"/>
        <w:jc w:val="both"/>
      </w:pPr>
      <w:r>
        <w:rPr>
          <w:rFonts w:cs="Times New Roman"/>
        </w:rPr>
        <w:t xml:space="preserve">Trên đây là Kế hoạch tổ chức </w:t>
      </w:r>
      <w:r w:rsidR="00D529DC">
        <w:rPr>
          <w:rFonts w:cs="Times New Roman"/>
        </w:rPr>
        <w:t>Cuộc thi “Truyền thông Tết Độc lập và Du lịch Than Uyên” năm 2026</w:t>
      </w:r>
      <w:r>
        <w:rPr>
          <w:rFonts w:cs="Times New Roman"/>
        </w:rPr>
        <w:t>. UBND xã đề nghị các cơ quan, đơn vị, tổ chức và cá nhân nghiêm túc triển khai thực hiện./.</w:t>
      </w:r>
      <w:r w:rsidR="00B92165">
        <w:rPr>
          <w:noProof/>
        </w:rPr>
        <w:drawing>
          <wp:inline distT="0" distB="0" distL="0" distR="0" wp14:anchorId="2B349556" wp14:editId="730D3D0A">
            <wp:extent cx="358765" cy="161544"/>
            <wp:effectExtent l="0" t="0" r="3810" b="0"/>
            <wp:docPr id="4471065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106516" name="Picture 447106516"/>
                    <pic:cNvPicPr/>
                  </pic:nvPicPr>
                  <pic:blipFill>
                    <a:blip r:embed="rId10"/>
                    <a:stretch>
                      <a:fillRect/>
                    </a:stretch>
                  </pic:blipFill>
                  <pic:spPr>
                    <a:xfrm>
                      <a:off x="0" y="0"/>
                      <a:ext cx="360000" cy="162100"/>
                    </a:xfrm>
                    <a:prstGeom prst="rect">
                      <a:avLst/>
                    </a:prstGeom>
                  </pic:spPr>
                </pic:pic>
              </a:graphicData>
            </a:graphic>
          </wp:inline>
        </w:drawing>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5"/>
        <w:gridCol w:w="4365"/>
      </w:tblGrid>
      <w:tr w:rsidR="00362D2D" w14:paraId="22DCEB82" w14:textId="77777777">
        <w:trPr>
          <w:cantSplit/>
          <w:jc w:val="center"/>
        </w:trPr>
        <w:tc>
          <w:tcPr>
            <w:tcW w:w="4705" w:type="dxa"/>
            <w:tcMar>
              <w:top w:w="0" w:type="dxa"/>
              <w:left w:w="0" w:type="dxa"/>
              <w:bottom w:w="0" w:type="dxa"/>
              <w:right w:w="0" w:type="dxa"/>
            </w:tcMar>
          </w:tcPr>
          <w:p w14:paraId="1A25DC66" w14:textId="77777777" w:rsidR="00362D2D" w:rsidRDefault="002471AF">
            <w:pPr>
              <w:spacing w:after="20"/>
            </w:pPr>
            <w:r>
              <w:rPr>
                <w:rFonts w:cs="Times New Roman"/>
                <w:b/>
                <w:i/>
                <w:sz w:val="24"/>
              </w:rPr>
              <w:t>Nơi nhận:</w:t>
            </w:r>
          </w:p>
          <w:p w14:paraId="3984E323" w14:textId="77777777" w:rsidR="00362D2D" w:rsidRDefault="002471AF">
            <w:pPr>
              <w:spacing w:after="0" w:line="240" w:lineRule="auto"/>
            </w:pPr>
            <w:r>
              <w:rPr>
                <w:rFonts w:cs="Times New Roman"/>
                <w:sz w:val="21"/>
              </w:rPr>
              <w:t>- TT. Đảng ủy;</w:t>
            </w:r>
          </w:p>
          <w:p w14:paraId="3A0A8464" w14:textId="77777777" w:rsidR="00362D2D" w:rsidRDefault="002471AF">
            <w:pPr>
              <w:spacing w:after="0" w:line="240" w:lineRule="auto"/>
            </w:pPr>
            <w:r>
              <w:rPr>
                <w:rFonts w:cs="Times New Roman"/>
                <w:sz w:val="21"/>
              </w:rPr>
              <w:t>- TT. HĐND xã;</w:t>
            </w:r>
          </w:p>
          <w:p w14:paraId="4085BF87" w14:textId="77777777" w:rsidR="00362D2D" w:rsidRDefault="002471AF">
            <w:pPr>
              <w:spacing w:after="0" w:line="240" w:lineRule="auto"/>
            </w:pPr>
            <w:r>
              <w:rPr>
                <w:rFonts w:cs="Times New Roman"/>
                <w:sz w:val="21"/>
              </w:rPr>
              <w:t>- Lãnh đạo UBND xã;</w:t>
            </w:r>
          </w:p>
          <w:p w14:paraId="661177A8" w14:textId="77777777" w:rsidR="00362D2D" w:rsidRDefault="002471AF">
            <w:pPr>
              <w:spacing w:after="0" w:line="240" w:lineRule="auto"/>
            </w:pPr>
            <w:r>
              <w:rPr>
                <w:rFonts w:cs="Times New Roman"/>
                <w:sz w:val="21"/>
              </w:rPr>
              <w:t>- Ủy ban MTTQ Việt Nam xã;</w:t>
            </w:r>
          </w:p>
          <w:p w14:paraId="47284B29" w14:textId="77777777" w:rsidR="00362D2D" w:rsidRDefault="002471AF">
            <w:pPr>
              <w:spacing w:after="0" w:line="240" w:lineRule="auto"/>
            </w:pPr>
            <w:r>
              <w:rPr>
                <w:rFonts w:cs="Times New Roman"/>
                <w:sz w:val="21"/>
              </w:rPr>
              <w:t>- Các cơ quan, đơn vị thuộc xã;</w:t>
            </w:r>
          </w:p>
          <w:p w14:paraId="6FD849A5" w14:textId="77777777" w:rsidR="00362D2D" w:rsidRDefault="002471AF">
            <w:pPr>
              <w:spacing w:after="0" w:line="240" w:lineRule="auto"/>
            </w:pPr>
            <w:r>
              <w:rPr>
                <w:rFonts w:cs="Times New Roman"/>
                <w:sz w:val="21"/>
              </w:rPr>
              <w:t>- Các trường học;</w:t>
            </w:r>
          </w:p>
          <w:p w14:paraId="578E3268" w14:textId="77777777" w:rsidR="00362D2D" w:rsidRDefault="002471AF">
            <w:pPr>
              <w:spacing w:after="0" w:line="240" w:lineRule="auto"/>
            </w:pPr>
            <w:r>
              <w:rPr>
                <w:rFonts w:cs="Times New Roman"/>
                <w:sz w:val="21"/>
              </w:rPr>
              <w:t>- Các bản, tổ dân phố;</w:t>
            </w:r>
          </w:p>
          <w:p w14:paraId="0530962D" w14:textId="77777777" w:rsidR="00362D2D" w:rsidRDefault="002471AF">
            <w:pPr>
              <w:spacing w:after="0" w:line="240" w:lineRule="auto"/>
            </w:pPr>
            <w:r>
              <w:rPr>
                <w:rFonts w:cs="Times New Roman"/>
                <w:sz w:val="21"/>
              </w:rPr>
              <w:t>- Lưu: VT, VX.</w:t>
            </w:r>
          </w:p>
        </w:tc>
        <w:tc>
          <w:tcPr>
            <w:tcW w:w="4365" w:type="dxa"/>
            <w:tcMar>
              <w:top w:w="0" w:type="dxa"/>
              <w:left w:w="0" w:type="dxa"/>
              <w:bottom w:w="0" w:type="dxa"/>
              <w:right w:w="0" w:type="dxa"/>
            </w:tcMar>
          </w:tcPr>
          <w:p w14:paraId="33FE0062" w14:textId="77777777" w:rsidR="00362D2D" w:rsidRDefault="002471AF">
            <w:pPr>
              <w:spacing w:after="0"/>
              <w:jc w:val="center"/>
            </w:pPr>
            <w:r>
              <w:rPr>
                <w:rFonts w:cs="Times New Roman"/>
                <w:b/>
                <w:sz w:val="26"/>
              </w:rPr>
              <w:t>TM. ỦY BAN NHÂN DÂN</w:t>
            </w:r>
          </w:p>
          <w:p w14:paraId="326186BF" w14:textId="77777777" w:rsidR="00362D2D" w:rsidRDefault="002471AF">
            <w:pPr>
              <w:spacing w:after="0"/>
              <w:jc w:val="center"/>
            </w:pPr>
            <w:r>
              <w:rPr>
                <w:rFonts w:cs="Times New Roman"/>
                <w:b/>
                <w:sz w:val="26"/>
              </w:rPr>
              <w:t>KT. CHỦ TỊCH</w:t>
            </w:r>
          </w:p>
          <w:p w14:paraId="627B0A60" w14:textId="77777777" w:rsidR="00362D2D" w:rsidRDefault="002471AF">
            <w:pPr>
              <w:spacing w:after="0"/>
              <w:jc w:val="center"/>
              <w:rPr>
                <w:rFonts w:cs="Times New Roman"/>
                <w:b/>
                <w:sz w:val="26"/>
              </w:rPr>
            </w:pPr>
            <w:r>
              <w:rPr>
                <w:rFonts w:cs="Times New Roman"/>
                <w:b/>
                <w:sz w:val="26"/>
              </w:rPr>
              <w:t>PHÓ CHỦ TỊCH</w:t>
            </w:r>
          </w:p>
          <w:p w14:paraId="59746FAA" w14:textId="77777777" w:rsidR="00C34354" w:rsidRDefault="00C34354">
            <w:pPr>
              <w:spacing w:after="0"/>
              <w:jc w:val="center"/>
              <w:rPr>
                <w:rFonts w:cs="Times New Roman"/>
                <w:b/>
                <w:sz w:val="26"/>
              </w:rPr>
            </w:pPr>
          </w:p>
          <w:p w14:paraId="306617B7" w14:textId="77777777" w:rsidR="00C34354" w:rsidRDefault="00C34354">
            <w:pPr>
              <w:spacing w:after="0"/>
              <w:jc w:val="center"/>
              <w:rPr>
                <w:rFonts w:cs="Times New Roman"/>
                <w:b/>
                <w:sz w:val="26"/>
              </w:rPr>
            </w:pPr>
          </w:p>
          <w:p w14:paraId="7878B888" w14:textId="77777777" w:rsidR="00C34354" w:rsidRDefault="00C34354">
            <w:pPr>
              <w:spacing w:after="0"/>
              <w:jc w:val="center"/>
            </w:pPr>
          </w:p>
          <w:p w14:paraId="2549FF89" w14:textId="77777777" w:rsidR="00362D2D" w:rsidRDefault="002471AF">
            <w:pPr>
              <w:spacing w:before="480" w:after="0"/>
              <w:jc w:val="center"/>
            </w:pPr>
            <w:r>
              <w:rPr>
                <w:rFonts w:cs="Times New Roman"/>
                <w:b/>
                <w:sz w:val="26"/>
              </w:rPr>
              <w:t>Hoàng Văn Toan</w:t>
            </w:r>
          </w:p>
        </w:tc>
      </w:tr>
    </w:tbl>
    <w:p w14:paraId="1043B1AC" w14:textId="1889FDD2" w:rsidR="00F16E52" w:rsidRDefault="00F16E52"/>
    <w:p w14:paraId="00DB319E" w14:textId="77777777" w:rsidR="00F16E52" w:rsidRDefault="00F16E52">
      <w:r>
        <w:br w:type="page"/>
      </w:r>
    </w:p>
    <w:p w14:paraId="740B2315" w14:textId="77777777" w:rsidR="00F16E52" w:rsidRDefault="00F16E52" w:rsidP="00F16E52">
      <w:pPr>
        <w:keepNext/>
        <w:keepLines/>
        <w:spacing w:after="40"/>
        <w:jc w:val="center"/>
      </w:pPr>
      <w:r>
        <w:rPr>
          <w:rFonts w:cs="Times New Roman"/>
          <w:b/>
        </w:rPr>
        <w:lastRenderedPageBreak/>
        <w:t>THỂ LỆ</w:t>
      </w:r>
    </w:p>
    <w:p w14:paraId="6A4DCEAB" w14:textId="77777777" w:rsidR="00F16E52" w:rsidRDefault="00F16E52" w:rsidP="00F16E52">
      <w:pPr>
        <w:keepNext/>
        <w:keepLines/>
        <w:spacing w:after="40"/>
        <w:jc w:val="center"/>
      </w:pPr>
      <w:r>
        <w:rPr>
          <w:rFonts w:cs="Times New Roman"/>
          <w:b/>
        </w:rPr>
        <w:t>Cuộc thi “Truyền thông Tết Độc lập và Du lịch Than Uyên” năm 2026</w:t>
      </w:r>
    </w:p>
    <w:p w14:paraId="45FE6D08" w14:textId="77777777" w:rsidR="00F16E52" w:rsidRPr="003C4BE0" w:rsidRDefault="00F16E52" w:rsidP="00F16E52">
      <w:pPr>
        <w:keepNext/>
        <w:keepLines/>
        <w:spacing w:after="160"/>
        <w:jc w:val="center"/>
        <w:rPr>
          <w:spacing w:val="-4"/>
        </w:rPr>
      </w:pPr>
      <w:r w:rsidRPr="003C4BE0">
        <w:rPr>
          <w:rFonts w:cs="Times New Roman"/>
          <w:i/>
          <w:spacing w:val="-4"/>
          <w:sz w:val="26"/>
        </w:rPr>
        <w:t xml:space="preserve">(Kèm theo Kế hoạch số </w:t>
      </w:r>
      <w:r>
        <w:rPr>
          <w:rFonts w:cs="Times New Roman"/>
          <w:i/>
          <w:spacing w:val="-4"/>
          <w:sz w:val="26"/>
        </w:rPr>
        <w:t xml:space="preserve">    </w:t>
      </w:r>
      <w:r w:rsidRPr="003C4BE0">
        <w:rPr>
          <w:rFonts w:cs="Times New Roman"/>
          <w:i/>
          <w:spacing w:val="-4"/>
          <w:sz w:val="26"/>
        </w:rPr>
        <w:t xml:space="preserve">KH-UBND ngày </w:t>
      </w:r>
      <w:r>
        <w:rPr>
          <w:rFonts w:cs="Times New Roman"/>
          <w:i/>
          <w:spacing w:val="-4"/>
          <w:sz w:val="26"/>
        </w:rPr>
        <w:t xml:space="preserve">   </w:t>
      </w:r>
      <w:r w:rsidRPr="003C4BE0">
        <w:rPr>
          <w:rFonts w:cs="Times New Roman"/>
          <w:i/>
          <w:spacing w:val="-4"/>
          <w:sz w:val="26"/>
        </w:rPr>
        <w:t>/08/2026 của UBND xã Than Uyên)</w:t>
      </w:r>
    </w:p>
    <w:p w14:paraId="4CA9AFDC" w14:textId="77777777" w:rsidR="00F16E52" w:rsidRDefault="00F16E52" w:rsidP="00F16E52">
      <w:pPr>
        <w:keepNext/>
        <w:keepLines/>
        <w:spacing w:after="0" w:line="240" w:lineRule="auto"/>
        <w:ind w:firstLine="720"/>
      </w:pPr>
      <w:r>
        <w:rPr>
          <w:rFonts w:cs="Times New Roman"/>
          <w:b/>
        </w:rPr>
        <w:t>I. QUY ĐỊNH CHUNG</w:t>
      </w:r>
    </w:p>
    <w:p w14:paraId="24CC709A" w14:textId="77777777" w:rsidR="00F16E52" w:rsidRDefault="00F16E52" w:rsidP="00F16E52">
      <w:pPr>
        <w:keepNext/>
        <w:keepLines/>
        <w:spacing w:after="0" w:line="240" w:lineRule="auto"/>
        <w:ind w:firstLine="720"/>
      </w:pPr>
      <w:r>
        <w:rPr>
          <w:rFonts w:cs="Times New Roman"/>
          <w:b/>
        </w:rPr>
        <w:t>1. Tên gọi, chủ đề</w:t>
      </w:r>
    </w:p>
    <w:p w14:paraId="52088A14" w14:textId="77777777" w:rsidR="00F16E52" w:rsidRDefault="00F16E52" w:rsidP="00F16E52">
      <w:pPr>
        <w:keepNext/>
        <w:keepLines/>
        <w:spacing w:after="40"/>
        <w:ind w:firstLine="720"/>
      </w:pPr>
      <w:r>
        <w:rPr>
          <w:rFonts w:cs="Times New Roman"/>
        </w:rPr>
        <w:t xml:space="preserve">Tên gọi: </w:t>
      </w:r>
      <w:r>
        <w:rPr>
          <w:rFonts w:cs="Times New Roman"/>
          <w:b/>
        </w:rPr>
        <w:t>Cuộc thi “Truyền thông Tết Độc lập và Du lịch Than Uyên” năm 2026</w:t>
      </w:r>
    </w:p>
    <w:p w14:paraId="2CA5FBB5" w14:textId="77777777" w:rsidR="00F16E52" w:rsidRDefault="00F16E52" w:rsidP="00F16E52">
      <w:pPr>
        <w:keepNext/>
        <w:keepLines/>
        <w:spacing w:after="0" w:line="240" w:lineRule="auto"/>
        <w:ind w:firstLine="720"/>
      </w:pPr>
      <w:r>
        <w:rPr>
          <w:rFonts w:cs="Times New Roman"/>
          <w:b/>
        </w:rPr>
        <w:t>2. Mục đích</w:t>
      </w:r>
    </w:p>
    <w:p w14:paraId="76B60B71" w14:textId="77777777" w:rsidR="00F16E52" w:rsidRDefault="00F16E52" w:rsidP="00F16E52">
      <w:pPr>
        <w:keepLines/>
        <w:spacing w:after="0" w:line="240" w:lineRule="auto"/>
        <w:ind w:firstLine="720"/>
        <w:jc w:val="both"/>
      </w:pPr>
      <w:r>
        <w:rPr>
          <w:rFonts w:cs="Times New Roman"/>
        </w:rPr>
        <w:t>- Tuyên truyền, quảng bá Tết Độc lập 2/9, hình ảnh quê hương, văn hóa, con người, ẩm thực và du lịch Than Uyên.</w:t>
      </w:r>
    </w:p>
    <w:p w14:paraId="40E1F333" w14:textId="77777777" w:rsidR="00F16E52" w:rsidRDefault="00F16E52" w:rsidP="00F16E52">
      <w:pPr>
        <w:keepLines/>
        <w:spacing w:after="0" w:line="240" w:lineRule="auto"/>
        <w:ind w:firstLine="720"/>
        <w:jc w:val="both"/>
      </w:pPr>
      <w:r>
        <w:rPr>
          <w:rFonts w:cs="Times New Roman"/>
        </w:rPr>
        <w:t>- Quảng bá Trang Du lịch Than Uyên tại https://dulich.thanuyen.vn; tăng số người truy cập, thời gian tìm hiểu và hiệu quả khai thác các nội dung số về du lịch địa phương.</w:t>
      </w:r>
    </w:p>
    <w:p w14:paraId="373BBCD3" w14:textId="77777777" w:rsidR="00F16E52" w:rsidRDefault="00F16E52" w:rsidP="00F16E52">
      <w:pPr>
        <w:keepLines/>
        <w:spacing w:after="0" w:line="240" w:lineRule="auto"/>
        <w:ind w:firstLine="720"/>
        <w:jc w:val="both"/>
      </w:pPr>
      <w:r>
        <w:rPr>
          <w:rFonts w:cs="Times New Roman"/>
        </w:rPr>
        <w:t>- Huy động các cơ quan, đơn vị, trường học, bản, tổ dân phố và Nhân dân tham gia lan tỏa thông tin trên môi trường số; đo lường hiệu quả bằng dữ liệu thực tế của hệ thống và nền tảng tham gia.</w:t>
      </w:r>
    </w:p>
    <w:p w14:paraId="09C7C791" w14:textId="77777777" w:rsidR="00F16E52" w:rsidRDefault="00F16E52" w:rsidP="00F16E52">
      <w:pPr>
        <w:keepNext/>
        <w:keepLines/>
        <w:spacing w:before="120" w:after="120"/>
        <w:ind w:firstLine="720"/>
      </w:pPr>
      <w:r>
        <w:rPr>
          <w:rFonts w:cs="Times New Roman"/>
          <w:b/>
        </w:rPr>
        <w:t>3. Đối tượng tham gia</w:t>
      </w:r>
    </w:p>
    <w:p w14:paraId="503FC224" w14:textId="5857462F" w:rsidR="00F16E52" w:rsidRPr="008C0BCD" w:rsidRDefault="00F16E52" w:rsidP="00F16E52">
      <w:pPr>
        <w:keepLines/>
        <w:spacing w:before="120" w:after="120"/>
        <w:ind w:firstLine="720"/>
        <w:jc w:val="both"/>
        <w:rPr>
          <w:spacing w:val="-4"/>
        </w:rPr>
      </w:pPr>
      <w:r w:rsidRPr="008C0BCD">
        <w:rPr>
          <w:rFonts w:cs="Times New Roman"/>
          <w:spacing w:val="-4"/>
        </w:rPr>
        <w:t xml:space="preserve">- </w:t>
      </w:r>
      <w:r w:rsidR="002F64E4" w:rsidRPr="002F64E4">
        <w:rPr>
          <w:rFonts w:cs="Times New Roman"/>
          <w:spacing w:val="-4"/>
        </w:rPr>
        <w:t>Các đối tượng này bắt buộc tham gia Hạng mục 1; Tổ Thư ký lập danh sách, cấp mã dự thi, liên kết định danh và mã QR cho từng đơn vị, không yêu cầu nộp Phiếu đăng ký Hạng mục 1</w:t>
      </w:r>
      <w:r w:rsidRPr="008C0BCD">
        <w:rPr>
          <w:rFonts w:cs="Times New Roman"/>
          <w:spacing w:val="-4"/>
        </w:rPr>
        <w:t>.</w:t>
      </w:r>
    </w:p>
    <w:p w14:paraId="3907CF52" w14:textId="77777777" w:rsidR="00F16E52" w:rsidRDefault="00F16E52" w:rsidP="00F16E52">
      <w:pPr>
        <w:keepLines/>
        <w:spacing w:before="120" w:after="120"/>
        <w:ind w:firstLine="720"/>
        <w:jc w:val="both"/>
      </w:pPr>
      <w:r>
        <w:rPr>
          <w:rFonts w:cs="Times New Roman"/>
        </w:rPr>
        <w:t>- Đối tượng tự nguyện: cá nhân; chủ hoặc người quản trị Fanpage Facebook, kênh YouTube và các kênh truyền thông phù hợp. Các đối tượng này được đăng ký Hạng mục 2 trên tinh thần tự nguyện.</w:t>
      </w:r>
    </w:p>
    <w:p w14:paraId="7BA95A5F" w14:textId="77777777" w:rsidR="00F16E52" w:rsidRDefault="00F16E52" w:rsidP="00F16E52">
      <w:pPr>
        <w:keepLines/>
        <w:spacing w:before="120" w:after="120"/>
        <w:ind w:firstLine="720"/>
        <w:jc w:val="both"/>
      </w:pPr>
      <w:r>
        <w:rPr>
          <w:rFonts w:cs="Times New Roman"/>
        </w:rPr>
        <w:t>- Các đơn vị thuộc nhóm bắt buộc có Fanpage Facebook hoặc kênh YouTube phù hợp được khuyến khích tham gia thêm Hạng mục 2. Thành viên Tổ Thư ký không đăng ký dự thi.</w:t>
      </w:r>
    </w:p>
    <w:p w14:paraId="2AFCE9B2" w14:textId="77777777" w:rsidR="00F16E52" w:rsidRDefault="00F16E52" w:rsidP="00F16E52">
      <w:pPr>
        <w:keepNext/>
        <w:keepLines/>
        <w:spacing w:before="120" w:after="120"/>
        <w:ind w:firstLine="720"/>
      </w:pPr>
      <w:r>
        <w:rPr>
          <w:rFonts w:cs="Times New Roman"/>
          <w:b/>
        </w:rPr>
        <w:t>4. Thời gian</w:t>
      </w:r>
    </w:p>
    <w:p w14:paraId="24E28933" w14:textId="77777777" w:rsidR="00FC704D" w:rsidRDefault="00FC704D" w:rsidP="00FC704D">
      <w:pPr>
        <w:keepLines/>
        <w:spacing w:before="120" w:after="120"/>
        <w:ind w:firstLine="720"/>
        <w:jc w:val="both"/>
        <w:rPr>
          <w:rFonts w:cs="Times New Roman"/>
        </w:rPr>
      </w:pPr>
      <w:r>
        <w:rPr>
          <w:rFonts w:cs="Times New Roman"/>
        </w:rPr>
        <w:t xml:space="preserve">- </w:t>
      </w:r>
      <w:r w:rsidRPr="007E504D">
        <w:rPr>
          <w:rFonts w:cs="Times New Roman"/>
        </w:rPr>
        <w:t>Đối với Hạng mục 2, người tham gia gửi đường link bài/video dự thi về Tổ Thư ký trước ngày 2</w:t>
      </w:r>
      <w:r>
        <w:rPr>
          <w:rFonts w:cs="Times New Roman"/>
        </w:rPr>
        <w:t>3</w:t>
      </w:r>
      <w:r w:rsidRPr="007E504D">
        <w:rPr>
          <w:rFonts w:cs="Times New Roman"/>
        </w:rPr>
        <w:t>/08/2026</w:t>
      </w:r>
      <w:r>
        <w:rPr>
          <w:rFonts w:cs="Times New Roman"/>
        </w:rPr>
        <w:t>.</w:t>
      </w:r>
    </w:p>
    <w:p w14:paraId="21B62F10" w14:textId="77777777" w:rsidR="00FC704D" w:rsidRDefault="00FC704D" w:rsidP="00FC704D">
      <w:pPr>
        <w:keepLines/>
        <w:spacing w:before="120" w:after="120"/>
        <w:ind w:firstLine="720"/>
        <w:jc w:val="both"/>
      </w:pPr>
      <w:r>
        <w:rPr>
          <w:rFonts w:cs="Times New Roman"/>
        </w:rPr>
        <w:t>- Phát động và bắt đầu ghi nhận dữ liệu: từ 09 giờ 00 ngày 20/08/2026.</w:t>
      </w:r>
    </w:p>
    <w:p w14:paraId="653841DE" w14:textId="77777777" w:rsidR="00FC704D" w:rsidRDefault="00FC704D" w:rsidP="00FC704D">
      <w:pPr>
        <w:keepLines/>
        <w:spacing w:before="120" w:after="120"/>
        <w:ind w:firstLine="720"/>
        <w:jc w:val="both"/>
      </w:pPr>
      <w:r>
        <w:rPr>
          <w:rFonts w:cs="Times New Roman"/>
        </w:rPr>
        <w:t>- Kết thúc ghi nhận dữ liệu: 23 giờ 59 phút ngày 29/08/2026.</w:t>
      </w:r>
    </w:p>
    <w:p w14:paraId="3A43BF4F" w14:textId="77777777" w:rsidR="00FC704D" w:rsidRDefault="00FC704D" w:rsidP="00FC704D">
      <w:pPr>
        <w:keepLines/>
        <w:spacing w:before="120" w:after="120"/>
        <w:ind w:firstLine="720"/>
        <w:jc w:val="both"/>
        <w:rPr>
          <w:rFonts w:cs="Times New Roman"/>
        </w:rPr>
      </w:pPr>
      <w:r>
        <w:rPr>
          <w:rFonts w:cs="Times New Roman"/>
        </w:rPr>
        <w:t>- Thời điểm đăng video tính bắt đầu từ ngày 20/08/2026</w:t>
      </w:r>
    </w:p>
    <w:p w14:paraId="540F157C" w14:textId="77777777" w:rsidR="00FC704D" w:rsidRDefault="00FC704D" w:rsidP="00FC704D">
      <w:pPr>
        <w:keepLines/>
        <w:spacing w:before="120" w:after="120"/>
        <w:ind w:firstLine="720"/>
        <w:jc w:val="both"/>
      </w:pPr>
      <w:r>
        <w:rPr>
          <w:rFonts w:cs="Times New Roman"/>
        </w:rPr>
        <w:t>- Kiểm tra, đối soát, tổng hợp kết quả: ngày 30/08/2026.</w:t>
      </w:r>
    </w:p>
    <w:p w14:paraId="61B82371" w14:textId="77777777" w:rsidR="00FC704D" w:rsidRDefault="00FC704D" w:rsidP="00FC704D">
      <w:pPr>
        <w:keepLines/>
        <w:spacing w:before="120" w:after="120"/>
        <w:ind w:firstLine="720"/>
        <w:jc w:val="both"/>
      </w:pPr>
      <w:r>
        <w:rPr>
          <w:rFonts w:cs="Times New Roman"/>
        </w:rPr>
        <w:t>- Công bố, trao giải: tối ngày 31/08/2026 tại Sân vận động xã Than Uyên, kết hợp chương trình công bố, trao giải Cuộc thi Thiết kế sản phẩm lưu niệm và quà tặng du lịch Than Uyên.</w:t>
      </w:r>
    </w:p>
    <w:p w14:paraId="031FBDC6" w14:textId="77777777" w:rsidR="00F16E52" w:rsidRDefault="00F16E52" w:rsidP="00F16E52">
      <w:pPr>
        <w:keepNext/>
        <w:keepLines/>
        <w:spacing w:before="120" w:after="120"/>
        <w:ind w:firstLine="720"/>
      </w:pPr>
      <w:r>
        <w:rPr>
          <w:rFonts w:cs="Times New Roman"/>
          <w:b/>
        </w:rPr>
        <w:lastRenderedPageBreak/>
        <w:t>II. ĐĂNG KÝ VÀ HÌNH THỨC THAM GIA</w:t>
      </w:r>
    </w:p>
    <w:p w14:paraId="73BFF991" w14:textId="77777777" w:rsidR="00F16E52" w:rsidRDefault="00F16E52" w:rsidP="00F16E52">
      <w:pPr>
        <w:keepNext/>
        <w:keepLines/>
        <w:spacing w:before="120" w:after="120"/>
        <w:ind w:firstLine="720"/>
      </w:pPr>
      <w:r>
        <w:rPr>
          <w:rFonts w:cs="Times New Roman"/>
          <w:b/>
        </w:rPr>
        <w:t>1. Đăng ký tham gia</w:t>
      </w:r>
    </w:p>
    <w:p w14:paraId="26D62910" w14:textId="77777777" w:rsidR="00F16E52" w:rsidRDefault="00F16E52" w:rsidP="00F16E52">
      <w:pPr>
        <w:keepLines/>
        <w:spacing w:before="120" w:after="120"/>
        <w:ind w:firstLine="720"/>
        <w:jc w:val="both"/>
      </w:pPr>
      <w:r w:rsidRPr="00D60DA6">
        <w:rPr>
          <w:rFonts w:cs="Times New Roman"/>
        </w:rPr>
        <w:t>19 bản, tổ dân phố; các trường học; các cơ quan, đơn vị trực thuộc xã</w:t>
      </w:r>
      <w:r>
        <w:rPr>
          <w:rFonts w:cs="Times New Roman"/>
        </w:rPr>
        <w:t>. Cá nhân, chủ các kênh truyền thông đăng ký tham gia tự nguyện. Sau khi tiếp nhận, Tổ Thư ký cấp mã dự thi và hướng dẫn tương ứng với từng hạng mục.</w:t>
      </w:r>
    </w:p>
    <w:p w14:paraId="00F21F43" w14:textId="77777777" w:rsidR="00F16E52" w:rsidRDefault="00F16E52" w:rsidP="00F16E52">
      <w:pPr>
        <w:keepNext/>
        <w:keepLines/>
        <w:spacing w:before="120" w:after="120"/>
        <w:ind w:firstLine="720"/>
      </w:pPr>
      <w:r>
        <w:rPr>
          <w:rFonts w:cs="Times New Roman"/>
          <w:b/>
        </w:rPr>
        <w:t>2. Hạng mục 1 - Truyền thông Trang Du lịch Than Uyên</w:t>
      </w:r>
    </w:p>
    <w:p w14:paraId="63A5F5A6" w14:textId="77777777" w:rsidR="00F16E52" w:rsidRDefault="00F16E52" w:rsidP="00F16E52">
      <w:pPr>
        <w:keepLines/>
        <w:spacing w:before="120" w:after="120"/>
        <w:ind w:firstLine="720"/>
        <w:jc w:val="both"/>
      </w:pPr>
      <w:r>
        <w:rPr>
          <w:rFonts w:cs="Times New Roman"/>
        </w:rPr>
        <w:t>- Mỗi đơn vị được cấp 01 mã dự thi, 01 liên kết định danh và mã QR tương ứng dẫn đến https://dulich.thanuyen.vn.</w:t>
      </w:r>
    </w:p>
    <w:p w14:paraId="70CDD6DE" w14:textId="77777777" w:rsidR="00F16E52" w:rsidRDefault="00F16E52" w:rsidP="00F16E52">
      <w:pPr>
        <w:keepLines/>
        <w:spacing w:before="120" w:after="120"/>
        <w:ind w:firstLine="720"/>
        <w:jc w:val="both"/>
      </w:pPr>
      <w:r>
        <w:rPr>
          <w:rFonts w:cs="Times New Roman"/>
        </w:rPr>
        <w:t>- Liên kết/QR được chia sẻ trên Facebook, Zalo, Messenger, website, nhóm cộng đồng và các nền tảng phù hợp. Nội dung tuyên truyền chủ yếu do UBND xã/Tổ Thư ký cung cấp; người tham gia được bổ sung lời giới thiệu nhưng không làm sai lệch thông tin chính thống.</w:t>
      </w:r>
    </w:p>
    <w:p w14:paraId="23B8E7BB" w14:textId="77777777" w:rsidR="00F16E52" w:rsidRDefault="00F16E52" w:rsidP="00F16E52">
      <w:pPr>
        <w:keepLines/>
        <w:spacing w:before="120" w:after="120"/>
        <w:ind w:firstLine="720"/>
        <w:jc w:val="both"/>
      </w:pPr>
      <w:r>
        <w:rPr>
          <w:rFonts w:cs="Times New Roman"/>
        </w:rPr>
        <w:t>- Mỗi đơn vị thuộc đối tượng bắt buộc phải đạt tối thiểu 300 khách truy cập duy nhất hợp lệ qua liên kết được cấp mới đủ điều kiện xét xếp hạng, trao giải Hạng mục 1.</w:t>
      </w:r>
    </w:p>
    <w:p w14:paraId="079EA5C3" w14:textId="77777777" w:rsidR="00F16E52" w:rsidRDefault="00F16E52" w:rsidP="00F16E52">
      <w:pPr>
        <w:keepNext/>
        <w:keepLines/>
        <w:spacing w:before="120" w:after="120"/>
        <w:ind w:firstLine="720"/>
      </w:pPr>
      <w:r>
        <w:rPr>
          <w:rFonts w:cs="Times New Roman"/>
          <w:b/>
        </w:rPr>
        <w:t>3. Hạng mục 2 - Lan tỏa video quảng bá Tết Độc lập 2/9 Than Uyên</w:t>
      </w:r>
    </w:p>
    <w:p w14:paraId="6C49DF7C" w14:textId="77777777" w:rsidR="00F16E52" w:rsidRDefault="00F16E52" w:rsidP="00F16E52">
      <w:pPr>
        <w:keepLines/>
        <w:spacing w:before="120" w:after="120"/>
        <w:ind w:firstLine="720"/>
        <w:jc w:val="both"/>
      </w:pPr>
      <w:r>
        <w:rPr>
          <w:rFonts w:cs="Times New Roman"/>
        </w:rPr>
        <w:t>- UBND xã/Tổ Thư ký cung cấp 01 video chính thức. Người tham gia đăng công khai video trên 01 Fanpage Facebook hoặc 01 kênh YouTube, kèm nội dung giới thiệu, đường dẫn https://dulich.thanuyen.vn và thông điệp/hashtag theo hướng dẫn.</w:t>
      </w:r>
    </w:p>
    <w:p w14:paraId="690F9A58" w14:textId="77777777" w:rsidR="00F16E52" w:rsidRDefault="00F16E52" w:rsidP="00F16E52">
      <w:pPr>
        <w:keepLines/>
        <w:spacing w:before="120" w:after="120"/>
        <w:ind w:firstLine="720"/>
        <w:jc w:val="both"/>
      </w:pPr>
      <w:r>
        <w:rPr>
          <w:rFonts w:cs="Times New Roman"/>
        </w:rPr>
        <w:t>- Mỗi đơn vị/cá nhân/chủ kênh tham gia Hạng mục 2 đăng ký 01 bài/video chính thức để xét giải; nếu đăng nhiều nơi chỉ tính bài/video đã đăng ký với Tổ Thư ký.</w:t>
      </w:r>
    </w:p>
    <w:p w14:paraId="16A11D61" w14:textId="77777777" w:rsidR="00F16E52" w:rsidRDefault="00F16E52" w:rsidP="00F16E52">
      <w:pPr>
        <w:keepLines/>
        <w:spacing w:before="120" w:after="120"/>
        <w:ind w:firstLine="720"/>
        <w:jc w:val="both"/>
      </w:pPr>
      <w:r>
        <w:rPr>
          <w:rFonts w:cs="Times New Roman"/>
        </w:rPr>
        <w:t>- Bài/video phải được duy trì công khai đến khi công bố kết quả; không cắt ghép làm thay đổi nội dung, không chạy quảng cáo trả phí, mua/trao đổi lượt xem hoặc sử dụng công cụ tạo lượt xem không hợp lệ.</w:t>
      </w:r>
    </w:p>
    <w:p w14:paraId="3DF0CBEF" w14:textId="77777777" w:rsidR="00F16E52" w:rsidRDefault="00F16E52" w:rsidP="00F16E52">
      <w:pPr>
        <w:keepLines/>
        <w:spacing w:before="120" w:after="120"/>
        <w:ind w:firstLine="720"/>
        <w:jc w:val="both"/>
      </w:pPr>
      <w:r>
        <w:rPr>
          <w:rFonts w:cs="Times New Roman"/>
        </w:rPr>
        <w:t>- Thời điểm bắt đầu tính lượt xem do Tổ Thư ký thông báo thống nhất. Lượt xem được xác định theo chỉ số do chính nền tảng hiển thị/analytics của bài/video đã đăng ký; người tham gia lựa chọn một nền tảng và chấp nhận cơ chế ghi nhận lượt xem của nền tảng đó.</w:t>
      </w:r>
    </w:p>
    <w:p w14:paraId="59CC646B" w14:textId="77777777" w:rsidR="00F16E52" w:rsidRDefault="00F16E52" w:rsidP="00F16E52">
      <w:pPr>
        <w:keepNext/>
        <w:keepLines/>
        <w:spacing w:before="120" w:after="120"/>
        <w:ind w:firstLine="720"/>
      </w:pPr>
      <w:r>
        <w:rPr>
          <w:rFonts w:cs="Times New Roman"/>
          <w:b/>
        </w:rPr>
        <w:lastRenderedPageBreak/>
        <w:t>III. DỮ LIỆU HỢP LỆ VÀ NGUYÊN TẮC GHI NHẬN</w:t>
      </w:r>
    </w:p>
    <w:p w14:paraId="1135397C" w14:textId="77777777" w:rsidR="00F16E52" w:rsidRDefault="00F16E52" w:rsidP="00F16E52">
      <w:pPr>
        <w:keepNext/>
        <w:keepLines/>
        <w:spacing w:before="120" w:after="120"/>
        <w:ind w:firstLine="720"/>
      </w:pPr>
      <w:r>
        <w:rPr>
          <w:rFonts w:cs="Times New Roman"/>
          <w:b/>
        </w:rPr>
        <w:t>1. Hạng mục 1</w:t>
      </w:r>
    </w:p>
    <w:p w14:paraId="41EB1101" w14:textId="77777777" w:rsidR="00F16E52" w:rsidRDefault="00F16E52" w:rsidP="00F16E52">
      <w:pPr>
        <w:keepNext/>
        <w:keepLines/>
        <w:spacing w:before="120" w:after="120"/>
        <w:ind w:firstLine="720"/>
      </w:pPr>
      <w:r>
        <w:rPr>
          <w:rFonts w:cs="Times New Roman"/>
          <w:b/>
        </w:rPr>
        <w:t>1.1. Khách truy cập duy nhất hợp lệ</w:t>
      </w:r>
    </w:p>
    <w:p w14:paraId="71F82DB9" w14:textId="77777777" w:rsidR="00F16E52" w:rsidRDefault="00F16E52" w:rsidP="00F16E52">
      <w:pPr>
        <w:keepLines/>
        <w:spacing w:before="120" w:after="120"/>
        <w:ind w:firstLine="720"/>
        <w:jc w:val="both"/>
      </w:pPr>
      <w:r w:rsidRPr="00644F51">
        <w:rPr>
          <w:rFonts w:cs="Times New Roman"/>
        </w:rPr>
        <w:t>Khách truy cập duy nhất hợp lệ là một định danh khách truy cập ẩn danh được hệ thống ghi nhận khi truy cập Trang Du lịch Than Uyên qua liên kết/QR dự thi, trang được tải thành công, có thời gian tương tác thực tế tối thiểu 30 giây và không bị xác định là truy cập tự động hoặc bất thường</w:t>
      </w:r>
      <w:r>
        <w:rPr>
          <w:rFonts w:cs="Times New Roman"/>
        </w:rPr>
        <w:t>.</w:t>
      </w:r>
    </w:p>
    <w:p w14:paraId="58FF14A8" w14:textId="77777777" w:rsidR="00F16E52" w:rsidRDefault="00F16E52" w:rsidP="00F16E52">
      <w:pPr>
        <w:keepLines/>
        <w:spacing w:before="120" w:after="120"/>
        <w:ind w:firstLine="720"/>
        <w:jc w:val="both"/>
      </w:pPr>
      <w:r>
        <w:rPr>
          <w:rFonts w:cs="Times New Roman"/>
        </w:rPr>
        <w:t>Mỗi khách truy cập duy nhất chỉ được tính cho 01 mã dự thi trong toàn bộ thời gian Cuộc thi. Trường hợp khách truy cập qua nhiều mã, hệ thống ghi nhận cho mã tạo ra lượt truy cập hợp lệ đầu tiên.</w:t>
      </w:r>
    </w:p>
    <w:p w14:paraId="4CC85403" w14:textId="77777777" w:rsidR="00F16E52" w:rsidRDefault="00F16E52" w:rsidP="00F16E52">
      <w:pPr>
        <w:keepNext/>
        <w:keepLines/>
        <w:spacing w:before="120" w:after="120"/>
        <w:ind w:firstLine="720"/>
      </w:pPr>
      <w:r>
        <w:rPr>
          <w:rFonts w:cs="Times New Roman"/>
          <w:b/>
        </w:rPr>
        <w:t>1.2. Lượt truy cập hợp lệ</w:t>
      </w:r>
    </w:p>
    <w:p w14:paraId="3C4BCEE8" w14:textId="77777777" w:rsidR="00F16E52" w:rsidRDefault="00F16E52" w:rsidP="00F16E52">
      <w:pPr>
        <w:keepLines/>
        <w:spacing w:before="120" w:after="120"/>
        <w:ind w:firstLine="720"/>
        <w:jc w:val="both"/>
      </w:pPr>
      <w:r>
        <w:rPr>
          <w:rFonts w:cs="Times New Roman"/>
        </w:rPr>
        <w:t>Là phiên truy cập phát sinh từ liên kết/mã QR dự thi, có tương tác thực tế và không thuộc dữ liệu tự động, tải lại bất thường hoặc gian lận. Các lần tải lại trang liên tục trong thời gian ngắn không được tính thành lượt mới.</w:t>
      </w:r>
    </w:p>
    <w:p w14:paraId="434D6FA0" w14:textId="77777777" w:rsidR="00F16E52" w:rsidRDefault="00F16E52" w:rsidP="00F16E52">
      <w:pPr>
        <w:keepNext/>
        <w:keepLines/>
        <w:spacing w:before="120" w:after="120"/>
        <w:ind w:firstLine="720"/>
      </w:pPr>
      <w:r>
        <w:rPr>
          <w:rFonts w:cs="Times New Roman"/>
          <w:b/>
        </w:rPr>
        <w:t>1.3. Thời gian xem thực tế</w:t>
      </w:r>
    </w:p>
    <w:p w14:paraId="0CC022B2" w14:textId="77777777" w:rsidR="00F16E52" w:rsidRDefault="00F16E52" w:rsidP="00F16E52">
      <w:pPr>
        <w:keepLines/>
        <w:spacing w:before="120" w:after="120"/>
        <w:ind w:firstLine="720"/>
        <w:jc w:val="both"/>
      </w:pPr>
      <w:r>
        <w:rPr>
          <w:rFonts w:cs="Times New Roman"/>
        </w:rPr>
        <w:t>Là thời gian khách truy cập thực sự theo dõi, tìm hiểu nội dung trên Trang; hệ thống không tính thời gian không hoạt động kéo dài hoặc thời gian phát sinh từ công cụ tự động/giả lập.</w:t>
      </w:r>
    </w:p>
    <w:p w14:paraId="41FFCAC6" w14:textId="77777777" w:rsidR="00F16E52" w:rsidRDefault="00F16E52" w:rsidP="00F16E52">
      <w:pPr>
        <w:keepNext/>
        <w:keepLines/>
        <w:spacing w:before="120" w:after="120"/>
        <w:ind w:firstLine="720"/>
      </w:pPr>
      <w:r>
        <w:rPr>
          <w:rFonts w:cs="Times New Roman"/>
          <w:b/>
        </w:rPr>
        <w:t>1.4. Nguồn dữ liệu</w:t>
      </w:r>
    </w:p>
    <w:p w14:paraId="0D12EC0B" w14:textId="77777777" w:rsidR="00F16E52" w:rsidRDefault="00F16E52" w:rsidP="00F16E52">
      <w:pPr>
        <w:keepLines/>
        <w:spacing w:before="120" w:after="120"/>
        <w:ind w:firstLine="720"/>
        <w:jc w:val="both"/>
      </w:pPr>
      <w:r>
        <w:rPr>
          <w:rFonts w:cs="Times New Roman"/>
        </w:rPr>
        <w:t>Dữ liệu do hệ thống Trang Du lịch Than Uyên ghi nhận, sau khi Tổ Thư ký kiểm tra, đối soát và loại bỏ dữ liệu không hợp lệ, là căn cứ chính thức để xác định kết quả Hạng mục 1.</w:t>
      </w:r>
    </w:p>
    <w:p w14:paraId="29F61ADE" w14:textId="77777777" w:rsidR="00F16E52" w:rsidRDefault="00F16E52" w:rsidP="00F16E52">
      <w:pPr>
        <w:keepNext/>
        <w:keepLines/>
        <w:spacing w:before="120" w:after="120"/>
        <w:ind w:firstLine="720"/>
      </w:pPr>
      <w:r>
        <w:rPr>
          <w:rFonts w:cs="Times New Roman"/>
          <w:b/>
        </w:rPr>
        <w:t>2. Hạng mục 2</w:t>
      </w:r>
    </w:p>
    <w:p w14:paraId="61718B51" w14:textId="77777777" w:rsidR="00F16E52" w:rsidRPr="008C0BCD" w:rsidRDefault="00F16E52" w:rsidP="00F16E52">
      <w:pPr>
        <w:keepLines/>
        <w:spacing w:before="120" w:after="120"/>
        <w:ind w:firstLine="720"/>
        <w:jc w:val="both"/>
        <w:rPr>
          <w:spacing w:val="-4"/>
        </w:rPr>
      </w:pPr>
      <w:r w:rsidRPr="008C0BCD">
        <w:rPr>
          <w:rFonts w:cs="Times New Roman"/>
          <w:spacing w:val="-4"/>
        </w:rPr>
        <w:t>- Chỉ số xếp hạng là số lượt xem hợp lệ của đúng bài/video đã đăng ký tại thời điểm chốt; không cộng dồn lượt xem từ bài đăng, bản tải lại hoặc kênh khác.</w:t>
      </w:r>
    </w:p>
    <w:p w14:paraId="5BFA8601" w14:textId="77777777" w:rsidR="00F16E52" w:rsidRDefault="00F16E52" w:rsidP="00F16E52">
      <w:pPr>
        <w:keepLines/>
        <w:spacing w:before="120" w:after="120"/>
        <w:ind w:firstLine="720"/>
        <w:jc w:val="both"/>
      </w:pPr>
      <w:r>
        <w:rPr>
          <w:rFonts w:cs="Times New Roman"/>
        </w:rPr>
        <w:t>- Tổ Thư ký ghi nhận đường link và số liệu công khai; khi cần thiết yêu cầu cung cấp ảnh chụp màn hình hoặc dữ liệu quản trị/analytics để đối soát.</w:t>
      </w:r>
    </w:p>
    <w:p w14:paraId="34F3BD90" w14:textId="77777777" w:rsidR="00F16E52" w:rsidRDefault="00F16E52" w:rsidP="00F16E52">
      <w:pPr>
        <w:keepLines/>
        <w:spacing w:before="120" w:after="120"/>
        <w:ind w:firstLine="720"/>
        <w:jc w:val="both"/>
      </w:pPr>
      <w:r>
        <w:rPr>
          <w:rFonts w:cs="Times New Roman"/>
        </w:rPr>
        <w:t>- Không tính lượt xem từ quảng cáo trả phí, mua/trao đổi lượt xem, bot, phần mềm tự động hoặc nguồn bị xác định là không hợp lệ.</w:t>
      </w:r>
    </w:p>
    <w:p w14:paraId="05BC180E" w14:textId="77777777" w:rsidR="00F16E52" w:rsidRDefault="00F16E52" w:rsidP="00F16E52">
      <w:pPr>
        <w:keepNext/>
        <w:keepLines/>
        <w:spacing w:before="120" w:after="120"/>
        <w:ind w:firstLine="720"/>
      </w:pPr>
      <w:r>
        <w:rPr>
          <w:rFonts w:cs="Times New Roman"/>
          <w:b/>
        </w:rPr>
        <w:t>IV. CÁCH TÍNH ĐIỂM VÀ XẾP HẠNG</w:t>
      </w:r>
    </w:p>
    <w:p w14:paraId="1BF3834A" w14:textId="77777777" w:rsidR="00F16E52" w:rsidRDefault="00F16E52" w:rsidP="00F16E52">
      <w:pPr>
        <w:keepNext/>
        <w:keepLines/>
        <w:spacing w:before="120" w:after="120"/>
        <w:ind w:firstLine="720"/>
      </w:pPr>
      <w:r>
        <w:rPr>
          <w:rFonts w:cs="Times New Roman"/>
          <w:b/>
        </w:rPr>
        <w:t>1. Hạng mục 1</w:t>
      </w:r>
    </w:p>
    <w:p w14:paraId="68007C2E" w14:textId="77777777" w:rsidR="00F16E52" w:rsidRDefault="00F16E52" w:rsidP="00F16E52">
      <w:pPr>
        <w:keepLines/>
        <w:spacing w:before="120" w:after="120"/>
        <w:ind w:firstLine="720"/>
        <w:jc w:val="both"/>
      </w:pPr>
      <w:r>
        <w:rPr>
          <w:rFonts w:cs="Times New Roman"/>
        </w:rPr>
        <w:t>Tổng điểm tối đa 100 điểm, gồm:</w:t>
      </w:r>
    </w:p>
    <w:p w14:paraId="75A8E9CB" w14:textId="77777777" w:rsidR="00F16E52" w:rsidRDefault="00F16E52" w:rsidP="00F16E52">
      <w:pPr>
        <w:keepLines/>
        <w:spacing w:before="120" w:after="120"/>
        <w:ind w:firstLine="720"/>
        <w:jc w:val="both"/>
      </w:pPr>
      <w:r>
        <w:rPr>
          <w:rFonts w:cs="Times New Roman"/>
        </w:rPr>
        <w:t>- Khách truy cập duy nhất hợp lệ: tối đa 60 điểm.</w:t>
      </w:r>
    </w:p>
    <w:p w14:paraId="6C1DFEF7" w14:textId="77777777" w:rsidR="00F16E52" w:rsidRPr="008C0BCD" w:rsidRDefault="00F16E52" w:rsidP="00F16E52">
      <w:pPr>
        <w:keepLines/>
        <w:spacing w:before="120" w:after="120"/>
        <w:ind w:firstLine="720"/>
        <w:rPr>
          <w:bCs/>
        </w:rPr>
      </w:pPr>
      <w:r w:rsidRPr="008C0BCD">
        <w:rPr>
          <w:rFonts w:cs="Times New Roman"/>
          <w:bCs/>
        </w:rPr>
        <w:lastRenderedPageBreak/>
        <w:t>Điểm = 60 × (Số khách truy cập hợp lệ của đơn vị ÷ Số khách truy cập hợp lệ cao nhất).</w:t>
      </w:r>
    </w:p>
    <w:p w14:paraId="55CB2B10" w14:textId="77777777" w:rsidR="00F16E52" w:rsidRPr="008C0BCD" w:rsidRDefault="00F16E52" w:rsidP="00F16E52">
      <w:pPr>
        <w:keepLines/>
        <w:spacing w:before="120" w:after="120"/>
        <w:ind w:firstLine="720"/>
        <w:rPr>
          <w:bCs/>
        </w:rPr>
      </w:pPr>
      <w:r w:rsidRPr="008C0BCD">
        <w:rPr>
          <w:rFonts w:cs="Times New Roman"/>
          <w:bCs/>
        </w:rPr>
        <w:t>- Lượt truy cập hợp lệ: tối đa 20 điểm.</w:t>
      </w:r>
    </w:p>
    <w:p w14:paraId="6E3FDCDA" w14:textId="77777777" w:rsidR="00F16E52" w:rsidRPr="008C0BCD" w:rsidRDefault="00F16E52" w:rsidP="00F16E52">
      <w:pPr>
        <w:keepLines/>
        <w:spacing w:before="120" w:after="120"/>
        <w:ind w:firstLine="720"/>
        <w:rPr>
          <w:bCs/>
        </w:rPr>
      </w:pPr>
      <w:r w:rsidRPr="008C0BCD">
        <w:rPr>
          <w:rFonts w:cs="Times New Roman"/>
          <w:bCs/>
        </w:rPr>
        <w:t>Điểm = 20 × (Số lượt truy cập hợp lệ của đơn vị ÷ Số lượt truy cập hợp lệ cao nhất).</w:t>
      </w:r>
    </w:p>
    <w:p w14:paraId="23088172" w14:textId="77777777" w:rsidR="00F16E52" w:rsidRPr="008C0BCD" w:rsidRDefault="00F16E52" w:rsidP="00F16E52">
      <w:pPr>
        <w:keepLines/>
        <w:spacing w:before="120" w:after="120"/>
        <w:ind w:firstLine="720"/>
        <w:rPr>
          <w:bCs/>
        </w:rPr>
      </w:pPr>
      <w:r w:rsidRPr="008C0BCD">
        <w:rPr>
          <w:rFonts w:cs="Times New Roman"/>
          <w:bCs/>
        </w:rPr>
        <w:t>- Thời gian xem thực tế bình quân: tối đa 20 điểm.</w:t>
      </w:r>
    </w:p>
    <w:p w14:paraId="185ABBC6" w14:textId="77777777" w:rsidR="00F16E52" w:rsidRPr="008C0BCD" w:rsidRDefault="00F16E52" w:rsidP="00F16E52">
      <w:pPr>
        <w:keepLines/>
        <w:spacing w:before="120" w:after="120"/>
        <w:ind w:firstLine="720"/>
        <w:rPr>
          <w:bCs/>
        </w:rPr>
      </w:pPr>
      <w:r w:rsidRPr="008C0BCD">
        <w:rPr>
          <w:rFonts w:cs="Times New Roman"/>
          <w:bCs/>
        </w:rPr>
        <w:t>Thời gian xem bình quân = Tổng thời gian xem hợp lệ ÷ Số khách truy cập hợp lệ.</w:t>
      </w:r>
    </w:p>
    <w:p w14:paraId="6BE247BC" w14:textId="77777777" w:rsidR="00F16E52" w:rsidRPr="008C0BCD" w:rsidRDefault="00F16E52" w:rsidP="00F16E52">
      <w:pPr>
        <w:keepLines/>
        <w:spacing w:before="120" w:after="120"/>
        <w:ind w:firstLine="720"/>
        <w:rPr>
          <w:bCs/>
        </w:rPr>
      </w:pPr>
      <w:r w:rsidRPr="008C0BCD">
        <w:rPr>
          <w:rFonts w:cs="Times New Roman"/>
          <w:bCs/>
        </w:rPr>
        <w:t>Điểm = 20 × (Thời gian xem bình quân của đơn vị ÷ Thời gian xem bình quân cao nhất).</w:t>
      </w:r>
    </w:p>
    <w:p w14:paraId="62E6E8F6" w14:textId="77777777" w:rsidR="00F16E52" w:rsidRDefault="00F16E52" w:rsidP="00F16E52">
      <w:pPr>
        <w:keepLines/>
        <w:spacing w:before="120" w:after="120"/>
        <w:ind w:firstLine="720"/>
        <w:jc w:val="both"/>
      </w:pPr>
      <w:r>
        <w:rPr>
          <w:rFonts w:cs="Times New Roman"/>
        </w:rPr>
        <w:t>Tổng điểm là tổng của 03 tiêu chí, làm tròn đến 02 chữ số thập phân. Trường hợp bằng điểm, ưu tiên lần lượt: số khách truy cập hợp lệ cao hơn; thời gian xem bình quân cao hơn; số lượt truy cập hợp lệ cao hơn. Nếu vẫn bằng nhau, Tổ Thư ký báo cáo UBND xã quyết định.</w:t>
      </w:r>
    </w:p>
    <w:p w14:paraId="4F841456" w14:textId="77777777" w:rsidR="00F16E52" w:rsidRDefault="00F16E52" w:rsidP="00F16E52">
      <w:pPr>
        <w:keepNext/>
        <w:keepLines/>
        <w:spacing w:before="120" w:after="120"/>
        <w:ind w:firstLine="720"/>
      </w:pPr>
      <w:r>
        <w:rPr>
          <w:rFonts w:cs="Times New Roman"/>
          <w:b/>
        </w:rPr>
        <w:t>2. Hạng mục 2</w:t>
      </w:r>
    </w:p>
    <w:p w14:paraId="190D0175" w14:textId="77777777" w:rsidR="00F16E52" w:rsidRDefault="00F16E52" w:rsidP="00F16E52">
      <w:pPr>
        <w:keepLines/>
        <w:spacing w:before="120" w:after="120"/>
        <w:ind w:firstLine="720"/>
        <w:jc w:val="both"/>
        <w:rPr>
          <w:rFonts w:cs="Times New Roman"/>
        </w:rPr>
      </w:pPr>
      <w:r>
        <w:rPr>
          <w:rFonts w:cs="Times New Roman"/>
        </w:rPr>
        <w:t>V</w:t>
      </w:r>
      <w:r w:rsidRPr="00935BFC">
        <w:rPr>
          <w:rFonts w:cs="Times New Roman"/>
        </w:rPr>
        <w:t xml:space="preserve">ideo dự thi phải đạt tối thiểu 1.000 lượt xem hợp lệ tại thời điểm chốt số liệu mới đủ điều kiện xét xếp hạng, trao giải. Trong số các video đủ điều kiện, xếp hạng theo số lượt xem hợp lệ từ cao xuống thấp. Trường hợp bằng lượt xem, Tổ Thư ký đối chiếu thêm tổng thời gian xem, thời gian xem trung bình hoặc tỷ lệ xem do nền tảng cung cấp (nếu có); </w:t>
      </w:r>
    </w:p>
    <w:p w14:paraId="22FDB3A8" w14:textId="77777777" w:rsidR="00F16E52" w:rsidRDefault="00F16E52" w:rsidP="00F16E52">
      <w:pPr>
        <w:keepLines/>
        <w:spacing w:before="120" w:after="120"/>
        <w:ind w:firstLine="720"/>
        <w:jc w:val="both"/>
      </w:pPr>
      <w:r>
        <w:rPr>
          <w:rFonts w:cs="Times New Roman"/>
          <w:b/>
        </w:rPr>
        <w:t>3. Tham gia đồng thời hai hạng mục</w:t>
      </w:r>
    </w:p>
    <w:p w14:paraId="79E1F8D0" w14:textId="77777777" w:rsidR="00F16E52" w:rsidRDefault="00F16E52" w:rsidP="00F16E52">
      <w:pPr>
        <w:keepLines/>
        <w:spacing w:before="120" w:after="120"/>
        <w:ind w:firstLine="720"/>
        <w:jc w:val="both"/>
      </w:pPr>
      <w:r>
        <w:rPr>
          <w:rFonts w:cs="Times New Roman"/>
        </w:rPr>
        <w:t>Các đơn vị thuộc nhóm bắt buộc được đăng ký thêm Hạng mục 2 nếu có Fanpage Facebook hoặc kênh YouTube phù hợp. Cá nhân, chủ các kênh truyền thông tham gia tự nguyện và được xét giải độc lập theo Hạng mục 2 đã đăng ký.</w:t>
      </w:r>
    </w:p>
    <w:p w14:paraId="6D133A06" w14:textId="77777777" w:rsidR="00F16E52" w:rsidRDefault="00F16E52" w:rsidP="00F16E52">
      <w:pPr>
        <w:keepNext/>
        <w:keepLines/>
        <w:spacing w:before="120" w:after="120"/>
        <w:ind w:firstLine="720"/>
      </w:pPr>
      <w:r>
        <w:rPr>
          <w:rFonts w:cs="Times New Roman"/>
          <w:b/>
        </w:rPr>
        <w:t>V. PHÒNG, CHỐNG GIAN LẬN</w:t>
      </w:r>
    </w:p>
    <w:p w14:paraId="15A5D8C4" w14:textId="77777777" w:rsidR="00F16E52" w:rsidRDefault="00F16E52" w:rsidP="00F16E52">
      <w:pPr>
        <w:keepLines/>
        <w:spacing w:before="120" w:after="120"/>
        <w:ind w:firstLine="720"/>
        <w:jc w:val="both"/>
      </w:pPr>
      <w:r>
        <w:rPr>
          <w:rFonts w:cs="Times New Roman"/>
        </w:rPr>
        <w:t>Không được sử dụng bot, phần mềm tự động, công cụ tải lại trang, mua/tăng traffic hoặc lượt xem, quảng cáo trả phí/boost bài đối với Hạng mục 2, VPN/proxy hoặc thiết bị giả lập nhằm tạo dữ liệu giả; không can thiệp trái phép vào hệ thống hoặc thực hiện hành vi khác làm sai lệch kết quả.</w:t>
      </w:r>
    </w:p>
    <w:p w14:paraId="16798FED" w14:textId="77777777" w:rsidR="00F16E52" w:rsidRDefault="00F16E52" w:rsidP="00F16E52">
      <w:pPr>
        <w:keepLines/>
        <w:spacing w:before="120" w:after="120"/>
        <w:ind w:firstLine="720"/>
        <w:jc w:val="both"/>
      </w:pPr>
      <w:r>
        <w:rPr>
          <w:rFonts w:cs="Times New Roman"/>
        </w:rPr>
        <w:t>Tổ Thư ký được kiểm tra nhật ký kỹ thuật, dữ liệu quản trị/analytics và yêu cầu giải trình khi có dấu hiệu bất thường; được loại bỏ dữ liệu không hợp lệ và tham mưu hủy kết quả/giải thưởng nếu xác định có gian lận. Việc xác định dữ liệu bất thường căn cứ tổng hợp nhiều dấu hiệu kỹ thuật, không loại bỏ dữ liệu chỉ vì nhiều người sử dụng chung một mạng hoặc địa chỉ IP.</w:t>
      </w:r>
    </w:p>
    <w:p w14:paraId="50933DD4" w14:textId="77777777" w:rsidR="00F16E52" w:rsidRDefault="00F16E52" w:rsidP="00F16E52">
      <w:pPr>
        <w:keepNext/>
        <w:keepLines/>
        <w:spacing w:before="120" w:after="120"/>
        <w:ind w:firstLine="720"/>
      </w:pPr>
      <w:r>
        <w:rPr>
          <w:rFonts w:cs="Times New Roman"/>
          <w:b/>
        </w:rPr>
        <w:lastRenderedPageBreak/>
        <w:t>VI. CƠ CẤU GIẢI THƯỞNG</w:t>
      </w:r>
    </w:p>
    <w:p w14:paraId="3BB7D9D7" w14:textId="77777777" w:rsidR="00F16E52" w:rsidRDefault="00F16E52" w:rsidP="00F16E52">
      <w:pPr>
        <w:keepNext/>
        <w:keepLines/>
        <w:spacing w:before="120" w:after="120"/>
        <w:ind w:firstLine="720"/>
      </w:pPr>
      <w:r>
        <w:rPr>
          <w:rFonts w:cs="Times New Roman"/>
          <w:b/>
        </w:rPr>
        <w:t>1. Hạng mục 1 - Truyền thông Trang Du lịch Than Uyên</w:t>
      </w:r>
    </w:p>
    <w:p w14:paraId="172CCF32" w14:textId="77777777" w:rsidR="00F16E52" w:rsidRDefault="00F16E52" w:rsidP="00F16E52">
      <w:pPr>
        <w:keepLines/>
        <w:spacing w:before="120" w:after="120"/>
        <w:ind w:firstLine="720"/>
        <w:jc w:val="both"/>
      </w:pPr>
      <w:r>
        <w:rPr>
          <w:rFonts w:cs="Times New Roman"/>
        </w:rPr>
        <w:t>- 01 Giải Nhất: 2.000.000 đồng.</w:t>
      </w:r>
    </w:p>
    <w:p w14:paraId="2D156C95" w14:textId="77777777" w:rsidR="00F16E52" w:rsidRDefault="00F16E52" w:rsidP="00F16E52">
      <w:pPr>
        <w:keepLines/>
        <w:spacing w:before="120" w:after="120"/>
        <w:ind w:firstLine="720"/>
        <w:jc w:val="both"/>
      </w:pPr>
      <w:r>
        <w:rPr>
          <w:rFonts w:cs="Times New Roman"/>
        </w:rPr>
        <w:t>- 02 Giải Nhì: 1.500.000 đồng/giải.</w:t>
      </w:r>
    </w:p>
    <w:p w14:paraId="29F36B8B" w14:textId="77777777" w:rsidR="00F16E52" w:rsidRDefault="00F16E52" w:rsidP="00F16E52">
      <w:pPr>
        <w:keepLines/>
        <w:spacing w:before="120" w:after="120"/>
        <w:ind w:firstLine="720"/>
        <w:jc w:val="both"/>
      </w:pPr>
      <w:r>
        <w:rPr>
          <w:rFonts w:cs="Times New Roman"/>
        </w:rPr>
        <w:t>- 03 Giải Ba: 1.000.000 đồng/giải.</w:t>
      </w:r>
    </w:p>
    <w:p w14:paraId="7A717E0C" w14:textId="77777777" w:rsidR="00F16E52" w:rsidRDefault="00F16E52" w:rsidP="00F16E52">
      <w:pPr>
        <w:keepLines/>
        <w:spacing w:before="120" w:after="120"/>
        <w:ind w:firstLine="720"/>
        <w:jc w:val="both"/>
      </w:pPr>
      <w:r>
        <w:rPr>
          <w:rFonts w:cs="Times New Roman"/>
        </w:rPr>
        <w:t>- 05 Giải Khuyến khích: 500.000 đồng/giải.</w:t>
      </w:r>
    </w:p>
    <w:p w14:paraId="6EFD884B" w14:textId="77777777" w:rsidR="00F16E52" w:rsidRDefault="00F16E52" w:rsidP="00F16E52">
      <w:pPr>
        <w:keepLines/>
        <w:spacing w:before="120" w:after="120"/>
        <w:ind w:firstLine="720"/>
        <w:jc w:val="both"/>
      </w:pPr>
      <w:r>
        <w:rPr>
          <w:rFonts w:cs="Times New Roman"/>
        </w:rPr>
        <w:t>- Tổng giá trị: 10.500.000 đồng.</w:t>
      </w:r>
    </w:p>
    <w:p w14:paraId="0F62A1DB" w14:textId="77777777" w:rsidR="00F16E52" w:rsidRDefault="00F16E52" w:rsidP="00F16E52">
      <w:pPr>
        <w:keepNext/>
        <w:keepLines/>
        <w:spacing w:before="120" w:after="120"/>
        <w:ind w:firstLine="720"/>
      </w:pPr>
      <w:r>
        <w:rPr>
          <w:rFonts w:cs="Times New Roman"/>
          <w:b/>
        </w:rPr>
        <w:t>2. Hạng mục 2 - Lan tỏa video quảng bá Tết Độc lập 2/9 Than Uyên</w:t>
      </w:r>
    </w:p>
    <w:p w14:paraId="55E804BB" w14:textId="77777777" w:rsidR="00F16E52" w:rsidRDefault="00F16E52" w:rsidP="00F16E52">
      <w:pPr>
        <w:keepLines/>
        <w:spacing w:before="120" w:after="120"/>
        <w:ind w:firstLine="720"/>
        <w:jc w:val="both"/>
      </w:pPr>
      <w:r>
        <w:rPr>
          <w:rFonts w:cs="Times New Roman"/>
        </w:rPr>
        <w:t>- 01 Giải Nhất: 2.000.000 đồng.</w:t>
      </w:r>
    </w:p>
    <w:p w14:paraId="410A6049" w14:textId="77777777" w:rsidR="00F16E52" w:rsidRDefault="00F16E52" w:rsidP="00F16E52">
      <w:pPr>
        <w:keepLines/>
        <w:spacing w:before="120" w:after="120"/>
        <w:ind w:firstLine="720"/>
        <w:jc w:val="both"/>
      </w:pPr>
      <w:r>
        <w:rPr>
          <w:rFonts w:cs="Times New Roman"/>
        </w:rPr>
        <w:t>- 01 Giải Nhì: 1.500.000 đồng.</w:t>
      </w:r>
    </w:p>
    <w:p w14:paraId="461CAF01" w14:textId="77777777" w:rsidR="00F16E52" w:rsidRDefault="00F16E52" w:rsidP="00F16E52">
      <w:pPr>
        <w:keepLines/>
        <w:spacing w:before="120" w:after="120"/>
        <w:ind w:firstLine="720"/>
        <w:jc w:val="both"/>
      </w:pPr>
      <w:r>
        <w:rPr>
          <w:rFonts w:cs="Times New Roman"/>
        </w:rPr>
        <w:t>- 01 Giải Ba: 1.000.000 đồng.</w:t>
      </w:r>
    </w:p>
    <w:p w14:paraId="55729513" w14:textId="77777777" w:rsidR="00F16E52" w:rsidRDefault="00F16E52" w:rsidP="00F16E52">
      <w:pPr>
        <w:keepLines/>
        <w:spacing w:before="120" w:after="120"/>
        <w:ind w:firstLine="720"/>
        <w:jc w:val="both"/>
      </w:pPr>
      <w:r>
        <w:rPr>
          <w:rFonts w:cs="Times New Roman"/>
        </w:rPr>
        <w:t>- 01 Giải Khuyến khích: 500.000 đồng.</w:t>
      </w:r>
    </w:p>
    <w:p w14:paraId="27CDE055" w14:textId="77777777" w:rsidR="00F16E52" w:rsidRDefault="00F16E52" w:rsidP="00F16E52">
      <w:pPr>
        <w:keepLines/>
        <w:spacing w:before="120" w:after="120"/>
        <w:ind w:firstLine="720"/>
        <w:jc w:val="both"/>
      </w:pPr>
      <w:r>
        <w:rPr>
          <w:rFonts w:cs="Times New Roman"/>
        </w:rPr>
        <w:t>- Tổng giá trị: 5.000.000 đồng.</w:t>
      </w:r>
    </w:p>
    <w:p w14:paraId="2023DBF9" w14:textId="77777777" w:rsidR="00F16E52" w:rsidRDefault="00F16E52" w:rsidP="00F16E52">
      <w:pPr>
        <w:keepLines/>
        <w:spacing w:before="120" w:after="120"/>
        <w:ind w:firstLine="720"/>
        <w:jc w:val="both"/>
      </w:pPr>
      <w:r>
        <w:rPr>
          <w:rFonts w:cs="Times New Roman"/>
        </w:rPr>
        <w:t>Tổng giá trị tiền thưởng của 02 hạng mục: 15.500.000 đồng (Mười lăm triệu năm trăm nghìn đồng). Các tập thể, cá nhân đạt giải được nhận Giấy chứng nhận và tiền thưởng theo quy định.</w:t>
      </w:r>
    </w:p>
    <w:p w14:paraId="1ABA90B0" w14:textId="77777777" w:rsidR="00F16E52" w:rsidRDefault="00F16E52" w:rsidP="00F16E52">
      <w:pPr>
        <w:keepNext/>
        <w:keepLines/>
        <w:spacing w:before="120" w:after="120"/>
        <w:ind w:firstLine="720"/>
      </w:pPr>
      <w:r>
        <w:rPr>
          <w:rFonts w:cs="Times New Roman"/>
          <w:b/>
        </w:rPr>
        <w:t>VII. CHỐT, CÔNG BỐ KẾT QUẢ VÀ KIẾN NGHỊ</w:t>
      </w:r>
    </w:p>
    <w:p w14:paraId="024D7061" w14:textId="77777777" w:rsidR="00F16E52" w:rsidRDefault="00F16E52" w:rsidP="00F16E52">
      <w:pPr>
        <w:keepNext/>
        <w:keepLines/>
        <w:spacing w:before="120" w:after="120"/>
        <w:ind w:firstLine="720"/>
      </w:pPr>
      <w:r>
        <w:rPr>
          <w:rFonts w:cs="Times New Roman"/>
          <w:b/>
        </w:rPr>
        <w:t>1. Chốt và công bố kết quả</w:t>
      </w:r>
    </w:p>
    <w:p w14:paraId="6FDCF4CE" w14:textId="77777777" w:rsidR="00F16E52" w:rsidRDefault="00F16E52" w:rsidP="00F16E52">
      <w:pPr>
        <w:keepLines/>
        <w:spacing w:before="120" w:after="120"/>
        <w:ind w:firstLine="720"/>
        <w:jc w:val="both"/>
      </w:pPr>
      <w:r>
        <w:rPr>
          <w:rFonts w:cs="Times New Roman"/>
        </w:rPr>
        <w:t>Đúng 23 giờ 59 phút ngày 29/08/2026, hệ thống kết thúc ghi nhận số liệu. Tổ Thư ký sao lưu, đối soát, loại bỏ dữ liệu không hợp lệ, lập biên bản và bảng xếp hạng từng hạng mục.</w:t>
      </w:r>
    </w:p>
    <w:p w14:paraId="0AA86C31" w14:textId="77777777" w:rsidR="00F16E52" w:rsidRDefault="00F16E52" w:rsidP="00F16E52">
      <w:pPr>
        <w:keepLines/>
        <w:spacing w:before="120" w:after="120"/>
        <w:ind w:firstLine="720"/>
        <w:jc w:val="both"/>
      </w:pPr>
      <w:r>
        <w:rPr>
          <w:rFonts w:cs="Times New Roman"/>
        </w:rPr>
        <w:t>Kết quả sơ bộ được thông báo trong ngày 30/08/2026; kết quả chính thức sau khi UBND xã xem xét, công nhận được công bố trên Trang Du lịch Than Uyên và các kênh truyền thông của xã.</w:t>
      </w:r>
    </w:p>
    <w:p w14:paraId="7A4B46D3" w14:textId="77777777" w:rsidR="00F16E52" w:rsidRDefault="00F16E52" w:rsidP="00F16E52">
      <w:pPr>
        <w:keepNext/>
        <w:keepLines/>
        <w:spacing w:before="120" w:after="120"/>
        <w:ind w:firstLine="720"/>
      </w:pPr>
      <w:r>
        <w:rPr>
          <w:rFonts w:cs="Times New Roman"/>
          <w:b/>
        </w:rPr>
        <w:t>2. Kiến nghị</w:t>
      </w:r>
    </w:p>
    <w:p w14:paraId="34E9013E" w14:textId="77777777" w:rsidR="00F16E52" w:rsidRPr="00AD553E" w:rsidRDefault="00F16E52" w:rsidP="00F16E52">
      <w:pPr>
        <w:keepLines/>
        <w:spacing w:before="120" w:after="120"/>
        <w:ind w:firstLine="720"/>
        <w:jc w:val="both"/>
        <w:rPr>
          <w:spacing w:val="-2"/>
        </w:rPr>
      </w:pPr>
      <w:r w:rsidRPr="00AD553E">
        <w:rPr>
          <w:rFonts w:cs="Times New Roman"/>
          <w:spacing w:val="-2"/>
        </w:rPr>
        <w:t>Kiến nghị về số liệu, kết quả phải gửi Tổ Thư ký trước 10 giờ 00 ngày 31/08/2026, nêu rõ tên đơn vị/cá nhân, mã dự thi hoặc link bài/video, nội dung và căn cứ đề nghị kiểm tra. Sau thời điểm trên, Tổ Thư ký không tiếp nhận kiến nghị về số liệu xếp hạng, trừ trường hợp phát hiện dấu hiệu gian lận có căn cứ rõ ràng.</w:t>
      </w:r>
    </w:p>
    <w:p w14:paraId="69E17346" w14:textId="77777777" w:rsidR="00F16E52" w:rsidRDefault="00F16E52" w:rsidP="00F16E52">
      <w:pPr>
        <w:keepNext/>
        <w:keepLines/>
        <w:spacing w:before="120" w:after="120"/>
        <w:ind w:firstLine="720"/>
      </w:pPr>
      <w:r>
        <w:rPr>
          <w:rFonts w:cs="Times New Roman"/>
          <w:b/>
        </w:rPr>
        <w:lastRenderedPageBreak/>
        <w:t>3. Trao giải</w:t>
      </w:r>
    </w:p>
    <w:p w14:paraId="091036C6" w14:textId="77777777" w:rsidR="00F16E52" w:rsidRDefault="00F16E52" w:rsidP="00F16E52">
      <w:pPr>
        <w:keepLines/>
        <w:spacing w:before="120" w:after="120"/>
        <w:ind w:firstLine="720"/>
        <w:jc w:val="both"/>
      </w:pPr>
      <w:r>
        <w:rPr>
          <w:rFonts w:cs="Times New Roman"/>
        </w:rPr>
        <w:t>Trao giải vào tối ngày 31/08/2026 tại Sân vận động xã Than Uyên, kết hợp chương trình công bố, trao giải Cuộc thi Thiết kế sản phẩm lưu niệm và quà tặng du lịch Than Uyên.</w:t>
      </w:r>
    </w:p>
    <w:p w14:paraId="4E120473" w14:textId="77777777" w:rsidR="00F16E52" w:rsidRDefault="00F16E52" w:rsidP="00F16E52">
      <w:pPr>
        <w:keepNext/>
        <w:keepLines/>
        <w:spacing w:before="120" w:after="120"/>
        <w:ind w:firstLine="720"/>
      </w:pPr>
      <w:r>
        <w:rPr>
          <w:rFonts w:cs="Times New Roman"/>
          <w:b/>
        </w:rPr>
        <w:t>VIII. QUYỀN LỢI VÀ TRÁCH NHIỆM CỦA NGƯỜI THAM GIA</w:t>
      </w:r>
    </w:p>
    <w:p w14:paraId="2441844C" w14:textId="77777777" w:rsidR="00F16E52" w:rsidRDefault="00F16E52" w:rsidP="00F16E52">
      <w:pPr>
        <w:keepNext/>
        <w:keepLines/>
        <w:spacing w:before="120" w:after="120"/>
        <w:ind w:firstLine="720"/>
      </w:pPr>
      <w:r>
        <w:rPr>
          <w:rFonts w:cs="Times New Roman"/>
          <w:b/>
        </w:rPr>
        <w:t>1. Quyền lợi</w:t>
      </w:r>
    </w:p>
    <w:p w14:paraId="007D2D42" w14:textId="77777777" w:rsidR="00F16E52" w:rsidRDefault="00F16E52" w:rsidP="00F16E52">
      <w:pPr>
        <w:keepLines/>
        <w:spacing w:before="120" w:after="120"/>
        <w:ind w:firstLine="720"/>
        <w:jc w:val="both"/>
      </w:pPr>
      <w:r>
        <w:rPr>
          <w:rFonts w:cs="Times New Roman"/>
        </w:rPr>
        <w:t>- Được cấp mã dự thi, liên kết/QR và tài liệu truyền thông phù hợp với hạng mục tham gia.</w:t>
      </w:r>
    </w:p>
    <w:p w14:paraId="5D3DE1B1" w14:textId="77777777" w:rsidR="00F16E52" w:rsidRDefault="00F16E52" w:rsidP="00F16E52">
      <w:pPr>
        <w:keepLines/>
        <w:spacing w:before="120" w:after="120"/>
        <w:ind w:firstLine="720"/>
        <w:jc w:val="both"/>
      </w:pPr>
      <w:r>
        <w:rPr>
          <w:rFonts w:cs="Times New Roman"/>
        </w:rPr>
        <w:t>- Được hướng dẫn, hỗ trợ và theo dõi kết quả theo hình thức do Tổ Thư ký cung cấp.</w:t>
      </w:r>
    </w:p>
    <w:p w14:paraId="2A081D4B" w14:textId="77777777" w:rsidR="00F16E52" w:rsidRDefault="00F16E52" w:rsidP="00F16E52">
      <w:pPr>
        <w:keepLines/>
        <w:spacing w:before="120" w:after="120"/>
        <w:ind w:firstLine="720"/>
        <w:jc w:val="both"/>
      </w:pPr>
      <w:r>
        <w:rPr>
          <w:rFonts w:cs="Times New Roman"/>
        </w:rPr>
        <w:t>- Được nhận Giấy chứng nhận và tiền thưởng nếu đạt giải.</w:t>
      </w:r>
    </w:p>
    <w:p w14:paraId="14588AF5" w14:textId="77777777" w:rsidR="00F16E52" w:rsidRDefault="00F16E52" w:rsidP="00F16E52">
      <w:pPr>
        <w:keepNext/>
        <w:keepLines/>
        <w:spacing w:before="120" w:after="120"/>
        <w:ind w:firstLine="720"/>
      </w:pPr>
      <w:r>
        <w:rPr>
          <w:rFonts w:cs="Times New Roman"/>
          <w:b/>
        </w:rPr>
        <w:t>2. Trách nhiệm</w:t>
      </w:r>
    </w:p>
    <w:p w14:paraId="23D7A223" w14:textId="77777777" w:rsidR="00F16E52" w:rsidRDefault="00F16E52" w:rsidP="00F16E52">
      <w:pPr>
        <w:keepLines/>
        <w:spacing w:before="120" w:after="120"/>
        <w:ind w:firstLine="720"/>
        <w:jc w:val="both"/>
      </w:pPr>
      <w:r>
        <w:rPr>
          <w:rFonts w:cs="Times New Roman"/>
        </w:rPr>
        <w:t>- Các đơn vị thuộc đối tượng tham gia Hạng mục 1 và thực hiện đầy đủ Kế hoạch, Thể lệ; cá nhân, chủ các kênh truyền thông tham gia tự nguyện. Người tham gia sử dụng đúng liên kết, video và nội dung được cung cấp; không gây phiền hà, ép buộc người khác truy cập.</w:t>
      </w:r>
    </w:p>
    <w:p w14:paraId="2273D6FB" w14:textId="77777777" w:rsidR="00F16E52" w:rsidRDefault="00F16E52" w:rsidP="00F16E52">
      <w:pPr>
        <w:keepLines/>
        <w:spacing w:before="120" w:after="120"/>
        <w:ind w:firstLine="720"/>
        <w:jc w:val="both"/>
      </w:pPr>
      <w:r>
        <w:rPr>
          <w:rFonts w:cs="Times New Roman"/>
        </w:rPr>
        <w:t>- Không thực hiện hoặc thuê người khác tạo truy cập/lượt xem ảo; chịu trách nhiệm về nội dung tự bổ sung khi chia sẻ.</w:t>
      </w:r>
    </w:p>
    <w:p w14:paraId="510B32D9" w14:textId="77777777" w:rsidR="00F16E52" w:rsidRDefault="00F16E52" w:rsidP="00F16E52">
      <w:pPr>
        <w:keepLines/>
        <w:spacing w:before="120" w:after="120"/>
        <w:ind w:firstLine="720"/>
        <w:jc w:val="both"/>
      </w:pPr>
      <w:r>
        <w:rPr>
          <w:rFonts w:cs="Times New Roman"/>
        </w:rPr>
        <w:t>- Phối hợp với Tổ Thư ký khi được yêu cầu xác minh dữ liệu; đối với Hạng mục 2, duy trì bài/video công khai và cung cấp dữ liệu quản trị/analytics khi cần đối soát.</w:t>
      </w:r>
    </w:p>
    <w:p w14:paraId="35AA9C9A" w14:textId="77777777" w:rsidR="00F16E52" w:rsidRDefault="00F16E52" w:rsidP="00F16E52">
      <w:pPr>
        <w:keepNext/>
        <w:keepLines/>
        <w:spacing w:before="120" w:after="120"/>
        <w:ind w:firstLine="720"/>
      </w:pPr>
      <w:r>
        <w:rPr>
          <w:rFonts w:cs="Times New Roman"/>
          <w:b/>
        </w:rPr>
        <w:t>IX. TỔ CHỨC THỰC HIỆN</w:t>
      </w:r>
    </w:p>
    <w:p w14:paraId="6D469DC1" w14:textId="77777777" w:rsidR="00F16E52" w:rsidRDefault="00F16E52" w:rsidP="00F16E52">
      <w:pPr>
        <w:keepNext/>
        <w:keepLines/>
        <w:spacing w:before="120" w:after="120"/>
        <w:ind w:firstLine="720"/>
      </w:pPr>
      <w:r>
        <w:rPr>
          <w:rFonts w:cs="Times New Roman"/>
          <w:b/>
        </w:rPr>
        <w:t>1. Tổ Thư ký Cuộc thi</w:t>
      </w:r>
    </w:p>
    <w:p w14:paraId="491EDED6" w14:textId="77777777" w:rsidR="00F16E52" w:rsidRDefault="00F16E52" w:rsidP="00F16E52">
      <w:pPr>
        <w:keepLines/>
        <w:spacing w:before="120" w:after="120"/>
        <w:ind w:firstLine="720"/>
        <w:jc w:val="both"/>
      </w:pPr>
      <w:r>
        <w:rPr>
          <w:rFonts w:cs="Times New Roman"/>
        </w:rPr>
        <w:t>Tiếp nhận đăng ký; cấp và quản lý mã, liên kết, QR; tiếp nhận link bài/video Hạng mục 2; cung cấp tài liệu, hướng dẫn; theo dõi, sao lưu, kiểm tra và đối soát dữ liệu; chốt số liệu, lập bảng xếp hạng, tham mưu công nhận, công bố và trao giải.</w:t>
      </w:r>
    </w:p>
    <w:p w14:paraId="40579CF8" w14:textId="77777777" w:rsidR="00F16E52" w:rsidRDefault="00F16E52" w:rsidP="00F16E52">
      <w:pPr>
        <w:keepNext/>
        <w:keepLines/>
        <w:spacing w:before="120" w:after="120"/>
        <w:ind w:firstLine="720"/>
      </w:pPr>
      <w:r>
        <w:rPr>
          <w:rFonts w:cs="Times New Roman"/>
          <w:b/>
        </w:rPr>
        <w:t>2. Thông tin liên hệ</w:t>
      </w:r>
    </w:p>
    <w:p w14:paraId="7C2DBF24" w14:textId="77777777" w:rsidR="00F16E52" w:rsidRDefault="00F16E52" w:rsidP="00F16E52">
      <w:pPr>
        <w:keepLines/>
        <w:spacing w:before="120" w:after="120"/>
        <w:ind w:firstLine="720"/>
        <w:jc w:val="both"/>
      </w:pPr>
      <w:r>
        <w:rPr>
          <w:rFonts w:cs="Times New Roman"/>
        </w:rPr>
        <w:t>Cơ quan thường trực: Phòng Văn hóa - Xã hội xã Than Uyên. Đầu mối: Đ/c Nguyễn Văn Tâm - Phòng Văn hóa - Xã hội; điện thoại: 0979130458.</w:t>
      </w:r>
    </w:p>
    <w:p w14:paraId="020ABB3F" w14:textId="77777777" w:rsidR="00F16E52" w:rsidRDefault="00F16E52" w:rsidP="00F16E52">
      <w:pPr>
        <w:keepLines/>
        <w:spacing w:before="120" w:after="120"/>
        <w:ind w:firstLine="720"/>
        <w:jc w:val="both"/>
      </w:pPr>
      <w:r>
        <w:rPr>
          <w:rFonts w:cs="Times New Roman"/>
        </w:rPr>
        <w:t>Trong quá trình thực hiện, nếu phát sinh nội dung cần điều chỉnh, Tổ Thư ký tổng hợp, báo cáo UBND xã xem xét, quyết định và thông báo công khai đến các đơn vị, cá nhân tham gia Cuộc thi./.</w:t>
      </w:r>
    </w:p>
    <w:p w14:paraId="70BE1A67" w14:textId="77777777" w:rsidR="00F16E52" w:rsidRDefault="00F16E52" w:rsidP="00F16E52">
      <w:pPr>
        <w:spacing w:before="120" w:after="120"/>
        <w:ind w:firstLine="720"/>
      </w:pPr>
      <w:r>
        <w:br w:type="page"/>
      </w:r>
      <w:r>
        <w:rPr>
          <w:rFonts w:cs="Times New Roman"/>
          <w:i/>
          <w:sz w:val="24"/>
        </w:rPr>
        <w:lastRenderedPageBreak/>
        <w:t>Mẫu 01. Phiếu đăng ký tham gia Cuộc thi</w:t>
      </w:r>
    </w:p>
    <w:p w14:paraId="4807DC4D" w14:textId="77777777" w:rsidR="00F16E52" w:rsidRDefault="00F16E52" w:rsidP="00F16E52">
      <w:pPr>
        <w:spacing w:after="0"/>
        <w:jc w:val="center"/>
      </w:pPr>
      <w:r>
        <w:rPr>
          <w:rFonts w:cs="Times New Roman"/>
          <w:b/>
          <w:sz w:val="26"/>
        </w:rPr>
        <w:t>CỘNG HÒA XÃ HỘI CHỦ NGHĨA VIỆT NAM</w:t>
      </w:r>
    </w:p>
    <w:p w14:paraId="709B62B1" w14:textId="77777777" w:rsidR="00F16E52" w:rsidRDefault="00F16E52" w:rsidP="00F16E52">
      <w:pPr>
        <w:pBdr>
          <w:bottom w:val="single" w:sz="8" w:space="9" w:color="000000"/>
        </w:pBdr>
        <w:spacing w:after="160"/>
        <w:jc w:val="center"/>
        <w:rPr>
          <w:rFonts w:cs="Times New Roman"/>
          <w:b/>
          <w:sz w:val="26"/>
        </w:rPr>
      </w:pPr>
      <w:r>
        <w:rPr>
          <w:rFonts w:cs="Times New Roman"/>
          <w:b/>
          <w:sz w:val="26"/>
        </w:rPr>
        <w:t>Độc lập - Tự do - Hạnh phúc</w:t>
      </w:r>
    </w:p>
    <w:p w14:paraId="14260FA6" w14:textId="77777777" w:rsidR="00F16E52" w:rsidRDefault="00F16E52" w:rsidP="00F16E52">
      <w:pPr>
        <w:spacing w:after="40"/>
        <w:jc w:val="center"/>
      </w:pPr>
      <w:r>
        <w:rPr>
          <w:rFonts w:cs="Times New Roman"/>
          <w:b/>
        </w:rPr>
        <w:t>HIẾU ĐĂNG KÝ THAM GIA</w:t>
      </w:r>
    </w:p>
    <w:p w14:paraId="133303C9" w14:textId="77777777" w:rsidR="00F16E52" w:rsidRDefault="00F16E52" w:rsidP="00F16E52">
      <w:pPr>
        <w:spacing w:after="160"/>
        <w:jc w:val="center"/>
      </w:pPr>
      <w:r>
        <w:rPr>
          <w:rFonts w:cs="Times New Roman"/>
          <w:b/>
        </w:rPr>
        <w:t>Cuộc thi “Truyền thông Tết Độc lập và Du lịch Than Uyên” năm 2026</w:t>
      </w:r>
    </w:p>
    <w:p w14:paraId="2724FD81" w14:textId="77777777" w:rsidR="00F16E52" w:rsidRDefault="00F16E52" w:rsidP="00F16E52">
      <w:pPr>
        <w:spacing w:after="160"/>
      </w:pPr>
      <w:r>
        <w:rPr>
          <w:rFonts w:cs="Times New Roman"/>
        </w:rPr>
        <w:t>Kính gửi: Tổ Thư ký Cuộc thi “Truyền thông Tết Độc lập và Du lịch Than Uyên” năm 2026.</w:t>
      </w:r>
    </w:p>
    <w:p w14:paraId="511DFC47" w14:textId="77777777" w:rsidR="00F16E52" w:rsidRDefault="00F16E52" w:rsidP="00F16E52">
      <w:pPr>
        <w:keepLines/>
        <w:spacing w:after="40" w:line="240" w:lineRule="auto"/>
      </w:pPr>
      <w:r>
        <w:rPr>
          <w:rFonts w:cs="Times New Roman"/>
        </w:rPr>
        <w:t>1. Tên cơ quan/đơn vị/bản/tổ dân phố/cá nhân/chủ kênh truyền thông:</w:t>
      </w:r>
    </w:p>
    <w:p w14:paraId="06641566" w14:textId="77777777" w:rsidR="00F16E52" w:rsidRDefault="00F16E52" w:rsidP="00F16E52">
      <w:pPr>
        <w:spacing w:after="100" w:line="240" w:lineRule="auto"/>
      </w:pPr>
      <w:r>
        <w:rPr>
          <w:rFonts w:cs="Times New Roman"/>
        </w:rPr>
        <w:t>........................................................................................................</w:t>
      </w:r>
    </w:p>
    <w:p w14:paraId="4895A938" w14:textId="77777777" w:rsidR="00F16E52" w:rsidRDefault="00F16E52" w:rsidP="00F16E52">
      <w:pPr>
        <w:keepLines/>
        <w:spacing w:after="40" w:line="240" w:lineRule="auto"/>
      </w:pPr>
      <w:r>
        <w:rPr>
          <w:rFonts w:cs="Times New Roman"/>
        </w:rPr>
        <w:t>2. Người phụ trách:</w:t>
      </w:r>
    </w:p>
    <w:p w14:paraId="3089A7E8" w14:textId="77777777" w:rsidR="00F16E52" w:rsidRDefault="00F16E52" w:rsidP="00F16E52">
      <w:pPr>
        <w:spacing w:after="100" w:line="240" w:lineRule="auto"/>
      </w:pPr>
      <w:r>
        <w:rPr>
          <w:rFonts w:cs="Times New Roman"/>
        </w:rPr>
        <w:t>........................................................................................................</w:t>
      </w:r>
    </w:p>
    <w:p w14:paraId="2BFB2B9A" w14:textId="77777777" w:rsidR="00F16E52" w:rsidRDefault="00F16E52" w:rsidP="00F16E52">
      <w:pPr>
        <w:keepLines/>
        <w:spacing w:after="40" w:line="240" w:lineRule="auto"/>
      </w:pPr>
      <w:r>
        <w:rPr>
          <w:rFonts w:cs="Times New Roman"/>
        </w:rPr>
        <w:t>3. Chức vụ/đơn vị công tác:</w:t>
      </w:r>
    </w:p>
    <w:p w14:paraId="5DC46EE3" w14:textId="77777777" w:rsidR="00F16E52" w:rsidRDefault="00F16E52" w:rsidP="00F16E52">
      <w:pPr>
        <w:spacing w:after="100" w:line="240" w:lineRule="auto"/>
      </w:pPr>
      <w:r>
        <w:rPr>
          <w:rFonts w:cs="Times New Roman"/>
        </w:rPr>
        <w:t>........................................................................................................</w:t>
      </w:r>
    </w:p>
    <w:p w14:paraId="53DEE04B" w14:textId="77777777" w:rsidR="00F16E52" w:rsidRDefault="00F16E52" w:rsidP="00F16E52">
      <w:pPr>
        <w:keepLines/>
        <w:spacing w:after="40" w:line="240" w:lineRule="auto"/>
      </w:pPr>
      <w:r>
        <w:rPr>
          <w:rFonts w:cs="Times New Roman"/>
        </w:rPr>
        <w:t>4. Số điện thoại:</w:t>
      </w:r>
    </w:p>
    <w:p w14:paraId="284F7151" w14:textId="77777777" w:rsidR="00F16E52" w:rsidRDefault="00F16E52" w:rsidP="00F16E52">
      <w:pPr>
        <w:spacing w:after="100" w:line="240" w:lineRule="auto"/>
      </w:pPr>
      <w:r>
        <w:rPr>
          <w:rFonts w:cs="Times New Roman"/>
        </w:rPr>
        <w:t>........................................................................................................</w:t>
      </w:r>
    </w:p>
    <w:p w14:paraId="0ABB02A0" w14:textId="77777777" w:rsidR="00F16E52" w:rsidRDefault="00F16E52" w:rsidP="00F16E52">
      <w:pPr>
        <w:keepLines/>
        <w:spacing w:after="40" w:line="240" w:lineRule="auto"/>
      </w:pPr>
      <w:r>
        <w:rPr>
          <w:rFonts w:cs="Times New Roman"/>
        </w:rPr>
        <w:t>5. Email (nếu có):</w:t>
      </w:r>
    </w:p>
    <w:p w14:paraId="43607191" w14:textId="77777777" w:rsidR="00F16E52" w:rsidRDefault="00F16E52" w:rsidP="00F16E52">
      <w:pPr>
        <w:spacing w:after="100" w:line="240" w:lineRule="auto"/>
      </w:pPr>
      <w:r>
        <w:rPr>
          <w:rFonts w:cs="Times New Roman"/>
        </w:rPr>
        <w:t>........................................................................................................</w:t>
      </w:r>
    </w:p>
    <w:p w14:paraId="65F19F6A" w14:textId="77777777" w:rsidR="00F16E52" w:rsidRDefault="00F16E52" w:rsidP="00F16E52">
      <w:pPr>
        <w:keepLines/>
        <w:spacing w:after="40" w:line="240" w:lineRule="auto"/>
      </w:pPr>
      <w:r>
        <w:rPr>
          <w:rFonts w:cs="Times New Roman"/>
        </w:rPr>
        <w:t>6. Hạng mục đăng ký:</w:t>
      </w:r>
    </w:p>
    <w:p w14:paraId="017D9A40" w14:textId="77777777" w:rsidR="00F16E52" w:rsidRDefault="00F16E52" w:rsidP="00F16E52">
      <w:pPr>
        <w:spacing w:after="100" w:line="240" w:lineRule="auto"/>
      </w:pPr>
      <w:r>
        <w:rPr>
          <w:rFonts w:cs="Times New Roman"/>
        </w:rPr>
        <w:t>☐ Hạng mục 1     ☐ Hạng mục 2     ☐ Cả hai hạng mục</w:t>
      </w:r>
    </w:p>
    <w:p w14:paraId="4A933C93" w14:textId="77777777" w:rsidR="00F16E52" w:rsidRDefault="00F16E52" w:rsidP="00F16E52">
      <w:pPr>
        <w:keepLines/>
        <w:spacing w:after="40" w:line="240" w:lineRule="auto"/>
      </w:pPr>
      <w:r>
        <w:rPr>
          <w:rFonts w:cs="Times New Roman"/>
        </w:rPr>
        <w:t>7. Tên Fanpage Facebook/kênh YouTube (nếu tham gia Hạng mục 2):</w:t>
      </w:r>
    </w:p>
    <w:p w14:paraId="0D87BD81" w14:textId="77777777" w:rsidR="00F16E52" w:rsidRDefault="00F16E52" w:rsidP="00F16E52">
      <w:pPr>
        <w:spacing w:after="100" w:line="240" w:lineRule="auto"/>
      </w:pPr>
      <w:r>
        <w:rPr>
          <w:rFonts w:cs="Times New Roman"/>
        </w:rPr>
        <w:t>........................................................................................................</w:t>
      </w:r>
    </w:p>
    <w:p w14:paraId="2B7DC499" w14:textId="77777777" w:rsidR="00F16E52" w:rsidRDefault="00F16E52" w:rsidP="00F16E52">
      <w:pPr>
        <w:keepLines/>
        <w:spacing w:after="40" w:line="240" w:lineRule="auto"/>
      </w:pPr>
      <w:r>
        <w:rPr>
          <w:rFonts w:cs="Times New Roman"/>
        </w:rPr>
        <w:t>8. Đường link Fanpage/kênh YouTube:</w:t>
      </w:r>
    </w:p>
    <w:p w14:paraId="12EBE70B" w14:textId="77777777" w:rsidR="00F16E52" w:rsidRDefault="00F16E52" w:rsidP="00F16E52">
      <w:pPr>
        <w:spacing w:after="100" w:line="240" w:lineRule="auto"/>
      </w:pPr>
      <w:r>
        <w:rPr>
          <w:rFonts w:cs="Times New Roman"/>
        </w:rPr>
        <w:t>........................................................................................................</w:t>
      </w:r>
    </w:p>
    <w:p w14:paraId="7F0B5314" w14:textId="77777777" w:rsidR="00F16E52" w:rsidRDefault="00F16E52" w:rsidP="00F16E52">
      <w:pPr>
        <w:keepLines/>
        <w:spacing w:after="80" w:line="240" w:lineRule="auto"/>
        <w:ind w:firstLine="720"/>
        <w:jc w:val="both"/>
      </w:pPr>
      <w:r>
        <w:rPr>
          <w:rFonts w:cs="Times New Roman"/>
        </w:rPr>
        <w:t>Sau khi nghiên cứu Kế hoạch và Thể lệ Cuộc thi, tôi/đơn vị đăng ký tham gia và cam kết thực hiện đúng quy định; sử dụng đúng liên kết, video được cung cấp; không sử dụng bot, phần mềm tự động, dịch vụ tăng truy cập/lượt xem, quảng cáo trả phí hoặc hình thức khác làm sai lệch số liệu.</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969"/>
        <w:gridCol w:w="5101"/>
      </w:tblGrid>
      <w:tr w:rsidR="00F16E52" w14:paraId="1BC8E5E0" w14:textId="77777777" w:rsidTr="00A86BCE">
        <w:trPr>
          <w:jc w:val="center"/>
        </w:trPr>
        <w:tc>
          <w:tcPr>
            <w:tcW w:w="3969" w:type="dxa"/>
            <w:tcMar>
              <w:top w:w="0" w:type="dxa"/>
              <w:left w:w="0" w:type="dxa"/>
              <w:bottom w:w="0" w:type="dxa"/>
              <w:right w:w="0" w:type="dxa"/>
            </w:tcMar>
          </w:tcPr>
          <w:p w14:paraId="707F2E68" w14:textId="77777777" w:rsidR="00F16E52" w:rsidRDefault="00F16E52" w:rsidP="00A86BCE"/>
        </w:tc>
        <w:tc>
          <w:tcPr>
            <w:tcW w:w="5101" w:type="dxa"/>
            <w:tcMar>
              <w:top w:w="0" w:type="dxa"/>
              <w:left w:w="0" w:type="dxa"/>
              <w:bottom w:w="0" w:type="dxa"/>
              <w:right w:w="0" w:type="dxa"/>
            </w:tcMar>
          </w:tcPr>
          <w:p w14:paraId="5A244DA1" w14:textId="77777777" w:rsidR="00F16E52" w:rsidRDefault="00F16E52" w:rsidP="00A86BCE">
            <w:pPr>
              <w:spacing w:after="80"/>
              <w:jc w:val="center"/>
              <w:rPr>
                <w:rFonts w:cs="Times New Roman"/>
                <w:i/>
                <w:sz w:val="26"/>
              </w:rPr>
            </w:pPr>
            <w:r>
              <w:rPr>
                <w:rFonts w:cs="Times New Roman"/>
                <w:i/>
                <w:sz w:val="26"/>
              </w:rPr>
              <w:t>..........., ngày ..... tháng ..... năm 2026</w:t>
            </w:r>
          </w:p>
          <w:p w14:paraId="3DC31173" w14:textId="77777777" w:rsidR="00F16E52" w:rsidRPr="001C1E5A" w:rsidRDefault="00F16E52" w:rsidP="00A86BCE">
            <w:pPr>
              <w:spacing w:after="80"/>
              <w:jc w:val="center"/>
              <w:rPr>
                <w:rFonts w:cs="Times New Roman"/>
                <w:i/>
                <w:sz w:val="26"/>
              </w:rPr>
            </w:pPr>
            <w:r>
              <w:rPr>
                <w:rFonts w:cs="Times New Roman"/>
                <w:b/>
                <w:sz w:val="26"/>
              </w:rPr>
              <w:t>ĐẠI DIỆN ĐƠN VỊ/CÁ NHÂN ĐĂNG KÝ</w:t>
            </w:r>
          </w:p>
          <w:p w14:paraId="7F813B32" w14:textId="77777777" w:rsidR="00F16E52" w:rsidRDefault="00F16E52" w:rsidP="00A86BCE">
            <w:pPr>
              <w:jc w:val="center"/>
            </w:pPr>
            <w:r>
              <w:rPr>
                <w:rFonts w:cs="Times New Roman"/>
                <w:i/>
                <w:sz w:val="24"/>
              </w:rPr>
              <w:t>(Ký, ghi rõ họ tên)</w:t>
            </w:r>
          </w:p>
        </w:tc>
      </w:tr>
    </w:tbl>
    <w:p w14:paraId="05278DD5" w14:textId="77777777" w:rsidR="00F16E52" w:rsidRDefault="00F16E52" w:rsidP="00F16E52"/>
    <w:p w14:paraId="287B2D6A" w14:textId="77777777" w:rsidR="007A77BC" w:rsidRDefault="007A77BC"/>
    <w:sectPr w:rsidR="007A77BC" w:rsidSect="009B53D3">
      <w:headerReference w:type="default" r:id="rId11"/>
      <w:pgSz w:w="11906" w:h="16838"/>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F8E6E" w14:textId="77777777" w:rsidR="002A3F90" w:rsidRDefault="002A3F90">
      <w:pPr>
        <w:spacing w:after="0" w:line="240" w:lineRule="auto"/>
      </w:pPr>
      <w:r>
        <w:separator/>
      </w:r>
    </w:p>
  </w:endnote>
  <w:endnote w:type="continuationSeparator" w:id="0">
    <w:p w14:paraId="3F01B75F" w14:textId="77777777" w:rsidR="002A3F90" w:rsidRDefault="002A3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4CCB9" w14:textId="77777777" w:rsidR="002A3F90" w:rsidRDefault="002A3F90">
      <w:pPr>
        <w:spacing w:after="0" w:line="240" w:lineRule="auto"/>
      </w:pPr>
      <w:r>
        <w:separator/>
      </w:r>
    </w:p>
  </w:footnote>
  <w:footnote w:type="continuationSeparator" w:id="0">
    <w:p w14:paraId="29FE81E7" w14:textId="77777777" w:rsidR="002A3F90" w:rsidRDefault="002A3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969751"/>
      <w:docPartObj>
        <w:docPartGallery w:val="Page Numbers (Top of Page)"/>
        <w:docPartUnique/>
      </w:docPartObj>
    </w:sdtPr>
    <w:sdtEndPr>
      <w:rPr>
        <w:noProof/>
      </w:rPr>
    </w:sdtEndPr>
    <w:sdtContent>
      <w:p w14:paraId="04F8E22B" w14:textId="37B1C90A" w:rsidR="009B53D3" w:rsidRDefault="009B53D3">
        <w:pPr>
          <w:pStyle w:val="utrang"/>
          <w:jc w:val="center"/>
        </w:pPr>
        <w:r>
          <w:fldChar w:fldCharType="begin"/>
        </w:r>
        <w:r>
          <w:instrText xml:space="preserve"> PAGE   \* MERGEFORMAT </w:instrText>
        </w:r>
        <w:r>
          <w:fldChar w:fldCharType="separate"/>
        </w:r>
        <w:r>
          <w:rPr>
            <w:noProof/>
          </w:rPr>
          <w:t>2</w:t>
        </w:r>
        <w:r>
          <w:rPr>
            <w:noProof/>
          </w:rPr>
          <w:fldChar w:fldCharType="end"/>
        </w:r>
      </w:p>
    </w:sdtContent>
  </w:sdt>
  <w:p w14:paraId="687EC474" w14:textId="77777777" w:rsidR="009B53D3" w:rsidRDefault="009B53D3">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udo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udo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Duudong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Duudong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udo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Duudong"/>
      <w:lvlText w:val=""/>
      <w:lvlJc w:val="left"/>
      <w:pPr>
        <w:tabs>
          <w:tab w:val="num" w:pos="360"/>
        </w:tabs>
        <w:ind w:left="360" w:hanging="360"/>
      </w:pPr>
      <w:rPr>
        <w:rFonts w:ascii="Symbol" w:hAnsi="Symbol" w:hint="default"/>
      </w:rPr>
    </w:lvl>
  </w:abstractNum>
  <w:num w:numId="1" w16cid:durableId="1777292256">
    <w:abstractNumId w:val="8"/>
  </w:num>
  <w:num w:numId="2" w16cid:durableId="1707754048">
    <w:abstractNumId w:val="6"/>
  </w:num>
  <w:num w:numId="3" w16cid:durableId="1293707152">
    <w:abstractNumId w:val="5"/>
  </w:num>
  <w:num w:numId="4" w16cid:durableId="1554461355">
    <w:abstractNumId w:val="4"/>
  </w:num>
  <w:num w:numId="5" w16cid:durableId="1621187323">
    <w:abstractNumId w:val="7"/>
  </w:num>
  <w:num w:numId="6" w16cid:durableId="1598519624">
    <w:abstractNumId w:val="3"/>
  </w:num>
  <w:num w:numId="7" w16cid:durableId="737899011">
    <w:abstractNumId w:val="2"/>
  </w:num>
  <w:num w:numId="8" w16cid:durableId="482356050">
    <w:abstractNumId w:val="1"/>
  </w:num>
  <w:num w:numId="9" w16cid:durableId="1550260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096"/>
    <w:rsid w:val="000D4CF4"/>
    <w:rsid w:val="000D5814"/>
    <w:rsid w:val="000F1798"/>
    <w:rsid w:val="000F1B4D"/>
    <w:rsid w:val="000F54BA"/>
    <w:rsid w:val="00105529"/>
    <w:rsid w:val="0015074B"/>
    <w:rsid w:val="001A41E7"/>
    <w:rsid w:val="001B6374"/>
    <w:rsid w:val="0021207F"/>
    <w:rsid w:val="00223A7F"/>
    <w:rsid w:val="002471AF"/>
    <w:rsid w:val="002635B5"/>
    <w:rsid w:val="0029639D"/>
    <w:rsid w:val="002A3F90"/>
    <w:rsid w:val="002C5AA0"/>
    <w:rsid w:val="002D2204"/>
    <w:rsid w:val="002F64E4"/>
    <w:rsid w:val="00326F90"/>
    <w:rsid w:val="00327887"/>
    <w:rsid w:val="0035112D"/>
    <w:rsid w:val="00360963"/>
    <w:rsid w:val="00362D2D"/>
    <w:rsid w:val="003A78BD"/>
    <w:rsid w:val="003E3FE9"/>
    <w:rsid w:val="003F0193"/>
    <w:rsid w:val="004361FB"/>
    <w:rsid w:val="004463EE"/>
    <w:rsid w:val="00491A67"/>
    <w:rsid w:val="00504BE1"/>
    <w:rsid w:val="00537D63"/>
    <w:rsid w:val="00566DA6"/>
    <w:rsid w:val="005B6AF8"/>
    <w:rsid w:val="00637A13"/>
    <w:rsid w:val="00692B93"/>
    <w:rsid w:val="006A1532"/>
    <w:rsid w:val="006B3F36"/>
    <w:rsid w:val="006B6B1C"/>
    <w:rsid w:val="006D24CF"/>
    <w:rsid w:val="00745CB9"/>
    <w:rsid w:val="007A7651"/>
    <w:rsid w:val="007A77BC"/>
    <w:rsid w:val="007C102A"/>
    <w:rsid w:val="007D1437"/>
    <w:rsid w:val="007E504D"/>
    <w:rsid w:val="008363DE"/>
    <w:rsid w:val="0086368E"/>
    <w:rsid w:val="008D216C"/>
    <w:rsid w:val="008F7DAF"/>
    <w:rsid w:val="009746EF"/>
    <w:rsid w:val="009B53D3"/>
    <w:rsid w:val="009D5B1C"/>
    <w:rsid w:val="009F0A64"/>
    <w:rsid w:val="009F684B"/>
    <w:rsid w:val="00A659CC"/>
    <w:rsid w:val="00A71A5D"/>
    <w:rsid w:val="00AA1219"/>
    <w:rsid w:val="00AA1D8D"/>
    <w:rsid w:val="00AD4621"/>
    <w:rsid w:val="00AE645D"/>
    <w:rsid w:val="00B059F3"/>
    <w:rsid w:val="00B277D1"/>
    <w:rsid w:val="00B47730"/>
    <w:rsid w:val="00B50CD5"/>
    <w:rsid w:val="00B76414"/>
    <w:rsid w:val="00B92165"/>
    <w:rsid w:val="00B93662"/>
    <w:rsid w:val="00BA7137"/>
    <w:rsid w:val="00BB7F1D"/>
    <w:rsid w:val="00C03FDC"/>
    <w:rsid w:val="00C1335D"/>
    <w:rsid w:val="00C34354"/>
    <w:rsid w:val="00C52478"/>
    <w:rsid w:val="00C77F58"/>
    <w:rsid w:val="00CA7A2E"/>
    <w:rsid w:val="00CB0664"/>
    <w:rsid w:val="00CD7F3F"/>
    <w:rsid w:val="00CF420A"/>
    <w:rsid w:val="00D01A24"/>
    <w:rsid w:val="00D01A6A"/>
    <w:rsid w:val="00D529DC"/>
    <w:rsid w:val="00D9294E"/>
    <w:rsid w:val="00DA5C66"/>
    <w:rsid w:val="00E147D2"/>
    <w:rsid w:val="00E55214"/>
    <w:rsid w:val="00E73416"/>
    <w:rsid w:val="00ED6418"/>
    <w:rsid w:val="00EF30CD"/>
    <w:rsid w:val="00F03AFB"/>
    <w:rsid w:val="00F16E52"/>
    <w:rsid w:val="00F402E3"/>
    <w:rsid w:val="00FB51FA"/>
    <w:rsid w:val="00FC693F"/>
    <w:rsid w:val="00FC70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5FF65D"/>
  <w14:defaultImageDpi w14:val="300"/>
  <w15:docId w15:val="{CCA70F2C-2118-4C96-A378-683AE2A49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C704D"/>
    <w:rPr>
      <w:rFonts w:ascii="Times New Roman" w:eastAsia="Times New Roman" w:hAnsi="Times New Roman"/>
      <w:sz w:val="28"/>
    </w:rPr>
  </w:style>
  <w:style w:type="paragraph" w:styleId="u1">
    <w:name w:val="heading 1"/>
    <w:basedOn w:val="Binhthng"/>
    <w:next w:val="Binhthng"/>
    <w:link w:val="u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u2">
    <w:name w:val="heading 2"/>
    <w:basedOn w:val="Binhthng"/>
    <w:next w:val="Binhthng"/>
    <w:link w:val="u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u3">
    <w:name w:val="heading 3"/>
    <w:basedOn w:val="Binhthng"/>
    <w:next w:val="Binhthng"/>
    <w:link w:val="u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u4">
    <w:name w:val="heading 4"/>
    <w:basedOn w:val="Binhthng"/>
    <w:next w:val="Binhthng"/>
    <w:link w:val="u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u5">
    <w:name w:val="heading 5"/>
    <w:basedOn w:val="Binhthng"/>
    <w:next w:val="Binhthng"/>
    <w:link w:val="u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u6">
    <w:name w:val="heading 6"/>
    <w:basedOn w:val="Binhthng"/>
    <w:next w:val="Binhthng"/>
    <w:link w:val="u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u7">
    <w:name w:val="heading 7"/>
    <w:basedOn w:val="Binhthng"/>
    <w:next w:val="Binhthng"/>
    <w:link w:val="u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u8">
    <w:name w:val="heading 8"/>
    <w:basedOn w:val="Binhthng"/>
    <w:next w:val="Binhthng"/>
    <w:link w:val="u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u9">
    <w:name w:val="heading 9"/>
    <w:basedOn w:val="Binhthng"/>
    <w:next w:val="Binhthng"/>
    <w:link w:val="u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E618BF"/>
  </w:style>
  <w:style w:type="paragraph" w:styleId="KhngDncch">
    <w:name w:val="No Spacing"/>
    <w:uiPriority w:val="1"/>
    <w:qFormat/>
    <w:rsid w:val="00FC693F"/>
    <w:pPr>
      <w:spacing w:after="0" w:line="240" w:lineRule="auto"/>
    </w:pPr>
  </w:style>
  <w:style w:type="character" w:customStyle="1" w:styleId="u1Char">
    <w:name w:val="Đầu đề 1 Char"/>
    <w:basedOn w:val="Phngmcinhcuaoanvn"/>
    <w:link w:va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u2Char">
    <w:name w:val="Đầu đề 2 Char"/>
    <w:basedOn w:val="Phngmcinhcuaoanvn"/>
    <w:link w:val="u2"/>
    <w:uiPriority w:val="9"/>
    <w:rsid w:val="00FC693F"/>
    <w:rPr>
      <w:rFonts w:asciiTheme="majorHAnsi" w:eastAsiaTheme="majorEastAsia" w:hAnsiTheme="majorHAnsi" w:cstheme="majorBidi"/>
      <w:b/>
      <w:bCs/>
      <w:color w:val="4F81BD" w:themeColor="accent1"/>
      <w:sz w:val="26"/>
      <w:szCs w:val="26"/>
    </w:rPr>
  </w:style>
  <w:style w:type="character" w:customStyle="1" w:styleId="u3Char">
    <w:name w:val="Đầu đề 3 Char"/>
    <w:basedOn w:val="Phngmcinhcuaoanvn"/>
    <w:link w:val="u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uChar">
    <w:name w:val="Tiêu đề Char"/>
    <w:basedOn w:val="Phngmcinhcuaoa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u">
    <w:name w:val="Subtitle"/>
    <w:basedOn w:val="Binhthng"/>
    <w:next w:val="Binhthng"/>
    <w:link w:val="Tiuphu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TiuphuChar">
    <w:name w:val="Tiêu đề phụ Char"/>
    <w:basedOn w:val="Phngmcinhcuaoanvn"/>
    <w:link w:val="Tiuphu"/>
    <w:uiPriority w:val="11"/>
    <w:rsid w:val="00FC693F"/>
    <w:rPr>
      <w:rFonts w:asciiTheme="majorHAnsi" w:eastAsiaTheme="majorEastAsia" w:hAnsiTheme="majorHAnsi" w:cstheme="majorBidi"/>
      <w:i/>
      <w:iCs/>
      <w:color w:val="4F81BD" w:themeColor="accent1"/>
      <w:spacing w:val="15"/>
      <w:sz w:val="24"/>
      <w:szCs w:val="24"/>
    </w:rPr>
  </w:style>
  <w:style w:type="paragraph" w:styleId="oancuaDanhsa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inhcuaoa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ăn bản 2 Char"/>
    <w:basedOn w:val="Phngmcinhcuaoa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ăn bản 3 Char"/>
    <w:basedOn w:val="Phngmcinhcuaoanvn"/>
    <w:link w:val="Thnvnban3"/>
    <w:uiPriority w:val="99"/>
    <w:rsid w:val="00AA1D8D"/>
    <w:rPr>
      <w:sz w:val="16"/>
      <w:szCs w:val="16"/>
    </w:rPr>
  </w:style>
  <w:style w:type="paragraph" w:styleId="Danhsach">
    <w:name w:val="List"/>
    <w:basedOn w:val="Binhthng"/>
    <w:uiPriority w:val="99"/>
    <w:unhideWhenUsed/>
    <w:rsid w:val="00AA1D8D"/>
    <w:pPr>
      <w:ind w:left="360" w:hanging="360"/>
      <w:contextualSpacing/>
    </w:pPr>
  </w:style>
  <w:style w:type="paragraph" w:styleId="Danhsach2">
    <w:name w:val="List 2"/>
    <w:basedOn w:val="Binhthng"/>
    <w:uiPriority w:val="99"/>
    <w:unhideWhenUsed/>
    <w:rsid w:val="00326F90"/>
    <w:pPr>
      <w:ind w:left="720" w:hanging="360"/>
      <w:contextualSpacing/>
    </w:pPr>
  </w:style>
  <w:style w:type="paragraph" w:styleId="Danhsach3">
    <w:name w:val="List 3"/>
    <w:basedOn w:val="Binhthng"/>
    <w:uiPriority w:val="99"/>
    <w:unhideWhenUsed/>
    <w:rsid w:val="00326F90"/>
    <w:pPr>
      <w:ind w:left="1080" w:hanging="360"/>
      <w:contextualSpacing/>
    </w:pPr>
  </w:style>
  <w:style w:type="paragraph" w:styleId="Duudong">
    <w:name w:val="List Bullet"/>
    <w:basedOn w:val="Binhthng"/>
    <w:uiPriority w:val="99"/>
    <w:unhideWhenUsed/>
    <w:rsid w:val="00326F90"/>
    <w:pPr>
      <w:numPr>
        <w:numId w:val="1"/>
      </w:numPr>
      <w:contextualSpacing/>
    </w:pPr>
  </w:style>
  <w:style w:type="paragraph" w:styleId="Duudong2">
    <w:name w:val="List Bullet 2"/>
    <w:basedOn w:val="Binhthng"/>
    <w:uiPriority w:val="99"/>
    <w:unhideWhenUsed/>
    <w:rsid w:val="00326F90"/>
    <w:pPr>
      <w:numPr>
        <w:numId w:val="2"/>
      </w:numPr>
      <w:contextualSpacing/>
    </w:pPr>
  </w:style>
  <w:style w:type="paragraph" w:styleId="Duudong3">
    <w:name w:val="List Bullet 3"/>
    <w:basedOn w:val="Binhthng"/>
    <w:uiPriority w:val="99"/>
    <w:unhideWhenUsed/>
    <w:rsid w:val="00326F90"/>
    <w:pPr>
      <w:numPr>
        <w:numId w:val="3"/>
      </w:numPr>
      <w:contextualSpacing/>
    </w:pPr>
  </w:style>
  <w:style w:type="paragraph" w:styleId="Sudong">
    <w:name w:val="List Number"/>
    <w:basedOn w:val="Binhthng"/>
    <w:uiPriority w:val="99"/>
    <w:unhideWhenUsed/>
    <w:rsid w:val="00326F90"/>
    <w:pPr>
      <w:numPr>
        <w:numId w:val="5"/>
      </w:numPr>
      <w:contextualSpacing/>
    </w:pPr>
  </w:style>
  <w:style w:type="paragraph" w:styleId="Sudong2">
    <w:name w:val="List Number 2"/>
    <w:basedOn w:val="Binhthng"/>
    <w:uiPriority w:val="99"/>
    <w:unhideWhenUsed/>
    <w:rsid w:val="0029639D"/>
    <w:pPr>
      <w:numPr>
        <w:numId w:val="6"/>
      </w:numPr>
      <w:contextualSpacing/>
    </w:pPr>
  </w:style>
  <w:style w:type="paragraph" w:styleId="Sudong3">
    <w:name w:val="List Number 3"/>
    <w:basedOn w:val="Binhthng"/>
    <w:uiPriority w:val="99"/>
    <w:unhideWhenUsed/>
    <w:rsid w:val="0029639D"/>
    <w:pPr>
      <w:numPr>
        <w:numId w:val="7"/>
      </w:numPr>
      <w:contextualSpacing/>
    </w:pPr>
  </w:style>
  <w:style w:type="paragraph" w:styleId="Danhsachlintuc">
    <w:name w:val="List Continue"/>
    <w:basedOn w:val="Binhthng"/>
    <w:uiPriority w:val="99"/>
    <w:unhideWhenUsed/>
    <w:rsid w:val="0029639D"/>
    <w:pPr>
      <w:spacing w:after="120"/>
      <w:ind w:left="360"/>
      <w:contextualSpacing/>
    </w:pPr>
  </w:style>
  <w:style w:type="paragraph" w:styleId="Danhsachlintuc2">
    <w:name w:val="List Continue 2"/>
    <w:basedOn w:val="Binhthng"/>
    <w:uiPriority w:val="99"/>
    <w:unhideWhenUsed/>
    <w:rsid w:val="0029639D"/>
    <w:pPr>
      <w:spacing w:after="120"/>
      <w:ind w:left="720"/>
      <w:contextualSpacing/>
    </w:pPr>
  </w:style>
  <w:style w:type="paragraph" w:styleId="Danhsachlintu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inhcuaoanvn"/>
    <w:link w:val="VnbanMacro"/>
    <w:uiPriority w:val="99"/>
    <w:rsid w:val="0029639D"/>
    <w:rPr>
      <w:rFonts w:ascii="Courier" w:hAnsi="Courier"/>
      <w:sz w:val="20"/>
      <w:szCs w:val="20"/>
    </w:rPr>
  </w:style>
  <w:style w:type="paragraph" w:styleId="Litrichdn">
    <w:name w:val="Quote"/>
    <w:basedOn w:val="Binhthng"/>
    <w:next w:val="Binhthng"/>
    <w:link w:val="LitrichdnChar"/>
    <w:uiPriority w:val="29"/>
    <w:qFormat/>
    <w:rsid w:val="00FC693F"/>
    <w:rPr>
      <w:i/>
      <w:iCs/>
      <w:color w:val="000000" w:themeColor="text1"/>
    </w:rPr>
  </w:style>
  <w:style w:type="character" w:customStyle="1" w:styleId="LitrichdnChar">
    <w:name w:val="Lời trích dẫn Char"/>
    <w:basedOn w:val="Phngmcinhcuaoanvn"/>
    <w:link w:val="Litrichdn"/>
    <w:uiPriority w:val="29"/>
    <w:rsid w:val="00FC693F"/>
    <w:rPr>
      <w:i/>
      <w:iCs/>
      <w:color w:val="000000" w:themeColor="text1"/>
    </w:rPr>
  </w:style>
  <w:style w:type="character" w:customStyle="1" w:styleId="u4Char">
    <w:name w:val="Đầu đề 4 Char"/>
    <w:basedOn w:val="Phngmcinhcuaoanvn"/>
    <w:link w:val="u4"/>
    <w:uiPriority w:val="9"/>
    <w:semiHidden/>
    <w:rsid w:val="00FC693F"/>
    <w:rPr>
      <w:rFonts w:asciiTheme="majorHAnsi" w:eastAsiaTheme="majorEastAsia" w:hAnsiTheme="majorHAnsi" w:cstheme="majorBidi"/>
      <w:b/>
      <w:bCs/>
      <w:i/>
      <w:iCs/>
      <w:color w:val="4F81BD" w:themeColor="accent1"/>
    </w:rPr>
  </w:style>
  <w:style w:type="character" w:customStyle="1" w:styleId="u5Char">
    <w:name w:val="Đầu đề 5 Char"/>
    <w:basedOn w:val="Phngmcinhcuaoanvn"/>
    <w:link w:val="u5"/>
    <w:uiPriority w:val="9"/>
    <w:semiHidden/>
    <w:rsid w:val="00FC693F"/>
    <w:rPr>
      <w:rFonts w:asciiTheme="majorHAnsi" w:eastAsiaTheme="majorEastAsia" w:hAnsiTheme="majorHAnsi" w:cstheme="majorBidi"/>
      <w:color w:val="243F60" w:themeColor="accent1" w:themeShade="7F"/>
    </w:rPr>
  </w:style>
  <w:style w:type="character" w:customStyle="1" w:styleId="u6Char">
    <w:name w:val="Đầu đề 6 Char"/>
    <w:basedOn w:val="Phngmcinhcuaoanvn"/>
    <w:link w:val="u6"/>
    <w:uiPriority w:val="9"/>
    <w:semiHidden/>
    <w:rsid w:val="00FC693F"/>
    <w:rPr>
      <w:rFonts w:asciiTheme="majorHAnsi" w:eastAsiaTheme="majorEastAsia" w:hAnsiTheme="majorHAnsi" w:cstheme="majorBidi"/>
      <w:i/>
      <w:iCs/>
      <w:color w:val="243F60" w:themeColor="accent1" w:themeShade="7F"/>
    </w:rPr>
  </w:style>
  <w:style w:type="character" w:customStyle="1" w:styleId="u7Char">
    <w:name w:val="Đầu đề 7 Char"/>
    <w:basedOn w:val="Phngmcinhcuaoanvn"/>
    <w:link w:val="u7"/>
    <w:uiPriority w:val="9"/>
    <w:semiHidden/>
    <w:rsid w:val="00FC693F"/>
    <w:rPr>
      <w:rFonts w:asciiTheme="majorHAnsi" w:eastAsiaTheme="majorEastAsia" w:hAnsiTheme="majorHAnsi" w:cstheme="majorBidi"/>
      <w:i/>
      <w:iCs/>
      <w:color w:val="404040" w:themeColor="text1" w:themeTint="BF"/>
    </w:rPr>
  </w:style>
  <w:style w:type="character" w:customStyle="1" w:styleId="u8Char">
    <w:name w:val="Đầu đề 8 Char"/>
    <w:basedOn w:val="Phngmcinhcuaoanvn"/>
    <w:link w:val="u8"/>
    <w:uiPriority w:val="9"/>
    <w:semiHidden/>
    <w:rsid w:val="00FC693F"/>
    <w:rPr>
      <w:rFonts w:asciiTheme="majorHAnsi" w:eastAsiaTheme="majorEastAsia" w:hAnsiTheme="majorHAnsi" w:cstheme="majorBidi"/>
      <w:color w:val="4F81BD" w:themeColor="accent1"/>
      <w:sz w:val="20"/>
      <w:szCs w:val="20"/>
    </w:rPr>
  </w:style>
  <w:style w:type="character" w:customStyle="1" w:styleId="u9Char">
    <w:name w:val="Đầu đề 9 Char"/>
    <w:basedOn w:val="Phngmcinhcuaoanvn"/>
    <w:link w:val="u9"/>
    <w:uiPriority w:val="9"/>
    <w:semiHidden/>
    <w:rsid w:val="00FC693F"/>
    <w:rPr>
      <w:rFonts w:asciiTheme="majorHAnsi" w:eastAsiaTheme="majorEastAsia" w:hAnsiTheme="majorHAnsi" w:cstheme="majorBidi"/>
      <w:i/>
      <w:iCs/>
      <w:color w:val="404040" w:themeColor="text1" w:themeTint="BF"/>
      <w:sz w:val="20"/>
      <w:szCs w:val="20"/>
    </w:rPr>
  </w:style>
  <w:style w:type="paragraph" w:styleId="Chuthich">
    <w:name w:val="caption"/>
    <w:basedOn w:val="Binhthng"/>
    <w:next w:val="Binhthng"/>
    <w:uiPriority w:val="35"/>
    <w:semiHidden/>
    <w:unhideWhenUsed/>
    <w:qFormat/>
    <w:rsid w:val="00FC693F"/>
    <w:pPr>
      <w:spacing w:line="240" w:lineRule="auto"/>
    </w:pPr>
    <w:rPr>
      <w:b/>
      <w:bCs/>
      <w:color w:val="4F81BD" w:themeColor="accent1"/>
      <w:sz w:val="18"/>
      <w:szCs w:val="18"/>
    </w:rPr>
  </w:style>
  <w:style w:type="character" w:styleId="Manh">
    <w:name w:val="Strong"/>
    <w:basedOn w:val="Phngmcinhcuaoanvn"/>
    <w:uiPriority w:val="22"/>
    <w:qFormat/>
    <w:rsid w:val="00FC693F"/>
    <w:rPr>
      <w:b/>
      <w:bCs/>
    </w:rPr>
  </w:style>
  <w:style w:type="character" w:styleId="Nhnmanh">
    <w:name w:val="Emphasis"/>
    <w:basedOn w:val="Phngmcinhcuaoanvn"/>
    <w:uiPriority w:val="20"/>
    <w:qFormat/>
    <w:rsid w:val="00FC693F"/>
    <w:rPr>
      <w:i/>
      <w:iCs/>
    </w:rPr>
  </w:style>
  <w:style w:type="paragraph" w:styleId="Nhaykepm">
    <w:name w:val="Intense Quote"/>
    <w:basedOn w:val="Binhthng"/>
    <w:next w:val="Binhthng"/>
    <w:link w:val="Nhaykepm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haykepmChar">
    <w:name w:val="Nháy kép Đậm Char"/>
    <w:basedOn w:val="Phngmcinhcuaoanvn"/>
    <w:link w:val="Nhaykepm"/>
    <w:uiPriority w:val="30"/>
    <w:rsid w:val="00FC693F"/>
    <w:rPr>
      <w:b/>
      <w:bCs/>
      <w:i/>
      <w:iCs/>
      <w:color w:val="4F81BD" w:themeColor="accent1"/>
    </w:rPr>
  </w:style>
  <w:style w:type="character" w:styleId="NhnmanhTinht">
    <w:name w:val="Subtle Emphasis"/>
    <w:basedOn w:val="Phngmcinhcuaoanvn"/>
    <w:uiPriority w:val="19"/>
    <w:qFormat/>
    <w:rsid w:val="00FC693F"/>
    <w:rPr>
      <w:i/>
      <w:iCs/>
      <w:color w:val="808080" w:themeColor="text1" w:themeTint="7F"/>
    </w:rPr>
  </w:style>
  <w:style w:type="character" w:styleId="NhnmnhThm">
    <w:name w:val="Intense Emphasis"/>
    <w:basedOn w:val="Phngmcinhcuaoanvn"/>
    <w:uiPriority w:val="21"/>
    <w:qFormat/>
    <w:rsid w:val="00FC693F"/>
    <w:rPr>
      <w:b/>
      <w:bCs/>
      <w:i/>
      <w:iCs/>
      <w:color w:val="4F81BD" w:themeColor="accent1"/>
    </w:rPr>
  </w:style>
  <w:style w:type="character" w:styleId="ThamchiuTinht">
    <w:name w:val="Subtle Reference"/>
    <w:basedOn w:val="Phngmcinhcuaoanvn"/>
    <w:uiPriority w:val="31"/>
    <w:qFormat/>
    <w:rsid w:val="00FC693F"/>
    <w:rPr>
      <w:smallCaps/>
      <w:color w:val="C0504D" w:themeColor="accent2"/>
      <w:u w:val="single"/>
    </w:rPr>
  </w:style>
  <w:style w:type="character" w:styleId="ThamchiuNhnmnh">
    <w:name w:val="Intense Reference"/>
    <w:basedOn w:val="Phngmcinhcuaoanvn"/>
    <w:uiPriority w:val="32"/>
    <w:qFormat/>
    <w:rsid w:val="00FC693F"/>
    <w:rPr>
      <w:b/>
      <w:bCs/>
      <w:smallCaps/>
      <w:color w:val="C0504D" w:themeColor="accent2"/>
      <w:spacing w:val="5"/>
      <w:u w:val="single"/>
    </w:rPr>
  </w:style>
  <w:style w:type="character" w:styleId="TiuSach">
    <w:name w:val="Book Title"/>
    <w:basedOn w:val="Phngmcinhcuaoanvn"/>
    <w:uiPriority w:val="33"/>
    <w:qFormat/>
    <w:rsid w:val="00FC693F"/>
    <w:rPr>
      <w:b/>
      <w:bCs/>
      <w:smallCaps/>
      <w:spacing w:val="5"/>
    </w:rPr>
  </w:style>
  <w:style w:type="paragraph" w:styleId="uMucluc">
    <w:name w:val="TOC Heading"/>
    <w:basedOn w:val="u1"/>
    <w:next w:val="Binhthng"/>
    <w:uiPriority w:val="39"/>
    <w:semiHidden/>
    <w:unhideWhenUsed/>
    <w:qFormat/>
    <w:rsid w:val="00FC693F"/>
    <w:pPr>
      <w:outlineLvl w:val="9"/>
    </w:pPr>
  </w:style>
  <w:style w:type="table" w:styleId="LiBang">
    <w:name w:val="Table Grid"/>
    <w:basedOn w:val="BangThngthng"/>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nnMausang">
    <w:name w:val="Light Shading"/>
    <w:basedOn w:val="BangThngthng"/>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ang-Nhnmanh1">
    <w:name w:val="Light Shading Accent 1"/>
    <w:basedOn w:val="BangThngthng"/>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ang-Nhnmanh2">
    <w:name w:val="Light Shading Accent 2"/>
    <w:basedOn w:val="BangThngthng"/>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ang-Nhnmanh3">
    <w:name w:val="Light Shading Accent 3"/>
    <w:basedOn w:val="BangThngthng"/>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ang-Nhnmanh4">
    <w:name w:val="Light Shading Accent 4"/>
    <w:basedOn w:val="BangThngthng"/>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ang-Nhnmanh5">
    <w:name w:val="Light Shading Accent 5"/>
    <w:basedOn w:val="BangThngthng"/>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ang-Nhnmanh6">
    <w:name w:val="Light Shading Accent 6"/>
    <w:basedOn w:val="BangThngthng"/>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achMausang">
    <w:name w:val="Light List"/>
    <w:basedOn w:val="BangThngthng"/>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achMausang-Nhnmanh1">
    <w:name w:val="Light List Accent 1"/>
    <w:basedOn w:val="BangThngthng"/>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achMausang-Nhnmanh2">
    <w:name w:val="Light List Accent 2"/>
    <w:basedOn w:val="BangThngthng"/>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achMausang-Nhnmanh3">
    <w:name w:val="Light List Accent 3"/>
    <w:basedOn w:val="BangThngthng"/>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achMausang-Nhnmanh4">
    <w:name w:val="Light List Accent 4"/>
    <w:basedOn w:val="BangThngthng"/>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achMausang-Nhnmanh5">
    <w:name w:val="Light List Accent 5"/>
    <w:basedOn w:val="BangThngthng"/>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achMausang-Nhnmanh6">
    <w:name w:val="Light List Accent 6"/>
    <w:basedOn w:val="BangThngthng"/>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ang">
    <w:name w:val="Light Grid"/>
    <w:basedOn w:val="BangThngthng"/>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ang-Nhnmanh1">
    <w:name w:val="Light Grid Accent 1"/>
    <w:basedOn w:val="BangThngthng"/>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ang-Nhnmanh2">
    <w:name w:val="Light Grid Accent 2"/>
    <w:basedOn w:val="BangThngthng"/>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ang-Nhnmanh3">
    <w:name w:val="Light Grid Accent 3"/>
    <w:basedOn w:val="BangThngthng"/>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ang-Nhnmanh4">
    <w:name w:val="Light Grid Accent 4"/>
    <w:basedOn w:val="BangThngthng"/>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ang-Nhnmanh5">
    <w:name w:val="Light Grid Accent 5"/>
    <w:basedOn w:val="BangThngthng"/>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ang-Nhnmanh6">
    <w:name w:val="Light Grid Accent 6"/>
    <w:basedOn w:val="BangThngthng"/>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anh1">
    <w:name w:val="Medium Shading 1 Accent 1"/>
    <w:basedOn w:val="BangThngthng"/>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anh2">
    <w:name w:val="Medium Shading 1 Accent 2"/>
    <w:basedOn w:val="BangThngthng"/>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anh3">
    <w:name w:val="Medium Shading 1 Accent 3"/>
    <w:basedOn w:val="BangThngthng"/>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anh4">
    <w:name w:val="Medium Shading 1 Accent 4"/>
    <w:basedOn w:val="BangThngthng"/>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anh5">
    <w:name w:val="Medium Shading 1 Accent 5"/>
    <w:basedOn w:val="BangThngthng"/>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anh6">
    <w:name w:val="Medium Shading 1 Accent 6"/>
    <w:basedOn w:val="BangThngthng"/>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1">
    <w:name w:val="Medium Shading 2 Accent 1"/>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2">
    <w:name w:val="Medium Shading 2 Accent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3">
    <w:name w:val="Medium Shading 2 Accent 3"/>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4">
    <w:name w:val="Medium Shading 2 Accent 4"/>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5">
    <w:name w:val="Medium Shading 2 Accent 5"/>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6">
    <w:name w:val="Medium Shading 2 Accent 6"/>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achVa1">
    <w:name w:val="Medium List 1"/>
    <w:basedOn w:val="BangThngthng"/>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achVa1-Nhnmanh1">
    <w:name w:val="Medium List 1 Accent 1"/>
    <w:basedOn w:val="BangThngthng"/>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achVa1-Nhnmanh2">
    <w:name w:val="Medium List 1 Accent 2"/>
    <w:basedOn w:val="BangThngthng"/>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achVa1-Nhnmanh3">
    <w:name w:val="Medium List 1 Accent 3"/>
    <w:basedOn w:val="BangThngthng"/>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achVa1-Nhnmanh4">
    <w:name w:val="Medium List 1 Accent 4"/>
    <w:basedOn w:val="BangThngthng"/>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achVa1-Nhnmanh5">
    <w:name w:val="Medium List 1 Accent 5"/>
    <w:basedOn w:val="BangThngthng"/>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achVa1-Nhnmanh6">
    <w:name w:val="Medium List 1 Accent 6"/>
    <w:basedOn w:val="BangThngthng"/>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a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anh1">
    <w:name w:val="Medium Grid 1 Accent 1"/>
    <w:basedOn w:val="BangThngthng"/>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anh2">
    <w:name w:val="Medium Grid 1 Accent 2"/>
    <w:basedOn w:val="BangThngthng"/>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anh3">
    <w:name w:val="Medium Grid 1 Accent 3"/>
    <w:basedOn w:val="BangThngthng"/>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anh4">
    <w:name w:val="Medium Grid 1 Accent 4"/>
    <w:basedOn w:val="BangThngthng"/>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anh5">
    <w:name w:val="Medium Grid 1 Accent 5"/>
    <w:basedOn w:val="BangThngthng"/>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anh6">
    <w:name w:val="Medium Grid 1 Accent 6"/>
    <w:basedOn w:val="BangThngthng"/>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a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a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a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a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a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a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anh1">
    <w:name w:val="Medium Grid 3 Accent 1"/>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anh2">
    <w:name w:val="Medium Grid 3 Accent 2"/>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anh3">
    <w:name w:val="Medium Grid 3 Accent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anh4">
    <w:name w:val="Medium Grid 3 Accent 4"/>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anh5">
    <w:name w:val="Medium Grid 3 Accent 5"/>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anh6">
    <w:name w:val="Medium Grid 3 Accent 6"/>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achSm">
    <w:name w:val="Dark List"/>
    <w:basedOn w:val="BangThngthng"/>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achSm-Nhnmanh1">
    <w:name w:val="Dark List Accent 1"/>
    <w:basedOn w:val="BangThngthng"/>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achSm-Nhnmanh2">
    <w:name w:val="Dark List Accent 2"/>
    <w:basedOn w:val="BangThngthng"/>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achSm-Nhnmanh3">
    <w:name w:val="Dark List Accent 3"/>
    <w:basedOn w:val="BangThngthng"/>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achSm-Nhnmanh4">
    <w:name w:val="Dark List Accent 4"/>
    <w:basedOn w:val="BangThngthng"/>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achSm-Nhnmanh5">
    <w:name w:val="Dark List Accent 5"/>
    <w:basedOn w:val="BangThngthng"/>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achSm-Nhnmanh6">
    <w:name w:val="Dark List Accent 6"/>
    <w:basedOn w:val="BangThngthng"/>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anh1">
    <w:name w:val="Colorful Shading Accent 1"/>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anh2">
    <w:name w:val="Colorful Shading Accent 2"/>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anh3">
    <w:name w:val="Colorful Shading Accent 3"/>
    <w:basedOn w:val="BangThngthng"/>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anh4">
    <w:name w:val="Colorful Shading Accent 4"/>
    <w:basedOn w:val="BangThngthng"/>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anh5">
    <w:name w:val="Colorful Shading Accent 5"/>
    <w:basedOn w:val="BangThngthng"/>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anh6">
    <w:name w:val="Colorful Shading Accent 6"/>
    <w:basedOn w:val="BangThngthng"/>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achScs">
    <w:name w:val="Colorful List"/>
    <w:basedOn w:val="BangThngthng"/>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achScs-Nhnmanh1">
    <w:name w:val="Colorful List Accent 1"/>
    <w:basedOn w:val="BangThngthng"/>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achScs-Nhnmanh2">
    <w:name w:val="Colorful List Accent 2"/>
    <w:basedOn w:val="BangThngthng"/>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achScs-Nhnmanh3">
    <w:name w:val="Colorful List Accent 3"/>
    <w:basedOn w:val="BangThngthng"/>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achScs-Nhnmanh4">
    <w:name w:val="Colorful List Accent 4"/>
    <w:basedOn w:val="BangThngthng"/>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achScs-Nhnmanh5">
    <w:name w:val="Colorful List Accent 5"/>
    <w:basedOn w:val="BangThngthng"/>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achScs-Nhnmanh6">
    <w:name w:val="Colorful List Accent 6"/>
    <w:basedOn w:val="BangThngthng"/>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anh1">
    <w:name w:val="Colorful Grid Accent 1"/>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anh2">
    <w:name w:val="Colorful Grid Accent 2"/>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anh3">
    <w:name w:val="Colorful Grid Accent 3"/>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anh4">
    <w:name w:val="Colorful Grid Accent 4"/>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anh5">
    <w:name w:val="Colorful Grid Accent 5"/>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manh6">
    <w:name w:val="Colorful Grid Accent 6"/>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iuktni">
    <w:name w:val="Hyperlink"/>
    <w:basedOn w:val="Phngmcinhcuaoanvn"/>
    <w:uiPriority w:val="99"/>
    <w:unhideWhenUsed/>
    <w:rsid w:val="00C34354"/>
    <w:rPr>
      <w:color w:val="0000FF" w:themeColor="hyperlink"/>
      <w:u w:val="single"/>
    </w:rPr>
  </w:style>
  <w:style w:type="character" w:customStyle="1" w:styleId="cpChagiiquyt1">
    <w:name w:val="Đề cập Chưa giải quyết1"/>
    <w:basedOn w:val="Phngmcinhcuaoanvn"/>
    <w:uiPriority w:val="99"/>
    <w:semiHidden/>
    <w:unhideWhenUsed/>
    <w:rsid w:val="00C343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ulich.thanuyen.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dulich.thanuyen.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200DB-8731-40B2-B997-BCA2218B1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14</Pages>
  <Words>3647</Words>
  <Characters>20794</Characters>
  <Application>Microsoft Office Word</Application>
  <DocSecurity>0</DocSecurity>
  <Lines>173</Lines>
  <Paragraphs>48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Manager/>
  <Company/>
  <LinksUpToDate>false</LinksUpToDate>
  <CharactersWithSpaces>24393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Nguyễn Văn Tâm - VH-XH</cp:lastModifiedBy>
  <cp:revision>49</cp:revision>
  <cp:lastPrinted>2026-08-19T00:21:00Z</cp:lastPrinted>
  <dcterms:created xsi:type="dcterms:W3CDTF">2013-12-23T23:15:00Z</dcterms:created>
  <dcterms:modified xsi:type="dcterms:W3CDTF">2026-08-19T00:22:00Z</dcterms:modified>
  <cp:category/>
</cp:coreProperties>
</file>